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28"/>
        <w:gridCol w:w="5328"/>
      </w:tblGrid>
      <w:tr w:rsidR="00AA56D0" w:rsidRPr="00FE394D">
        <w:trPr>
          <w:jc w:val="center"/>
        </w:trPr>
        <w:tc>
          <w:tcPr>
            <w:tcW w:w="53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A56D0" w:rsidRDefault="009F79DD">
            <w:pPr>
              <w:jc w:val="center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0" distR="0">
                  <wp:extent cx="868680" cy="8763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RHOLIC_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8680" cy="87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A56D0" w:rsidRDefault="009F79DD">
            <w:pPr>
              <w:jc w:val="center"/>
              <w:rPr>
                <w:rFonts w:hint="eastAsia"/>
              </w:rPr>
            </w:pPr>
            <w:r>
              <w:rPr>
                <w:b/>
                <w:color w:val="1E6B3F"/>
                <w:sz w:val="30"/>
              </w:rPr>
              <w:t>BRIGHT HOPE LIFE CAMEROON (BRHOLIC)</w:t>
            </w:r>
          </w:p>
          <w:p w:rsidR="00AA56D0" w:rsidRPr="00FE394D" w:rsidRDefault="009F79DD">
            <w:pPr>
              <w:jc w:val="center"/>
              <w:rPr>
                <w:rFonts w:hint="eastAsia"/>
                <w:lang w:val="fr-FR"/>
              </w:rPr>
            </w:pPr>
            <w:r w:rsidRPr="00FE394D">
              <w:rPr>
                <w:b/>
                <w:lang w:val="fr-FR"/>
              </w:rPr>
              <w:t>Association humanitaire et sociale à but non lucratif - Région de l’Ouest, Cameroun</w:t>
            </w:r>
          </w:p>
          <w:p w:rsidR="00AA56D0" w:rsidRPr="00FE394D" w:rsidRDefault="009F79DD">
            <w:pPr>
              <w:jc w:val="center"/>
              <w:rPr>
                <w:rFonts w:hint="eastAsia"/>
                <w:lang w:val="fr-FR"/>
              </w:rPr>
            </w:pPr>
            <w:r w:rsidRPr="00FE394D">
              <w:rPr>
                <w:sz w:val="17"/>
                <w:lang w:val="fr-FR"/>
              </w:rPr>
              <w:t xml:space="preserve">Récépissé de déclaration N° 0092/RD/A/F.34/SAAJP - Préfecture de la </w:t>
            </w:r>
            <w:proofErr w:type="spellStart"/>
            <w:r w:rsidRPr="00FE394D">
              <w:rPr>
                <w:sz w:val="17"/>
                <w:lang w:val="fr-FR"/>
              </w:rPr>
              <w:t>Menoua</w:t>
            </w:r>
            <w:proofErr w:type="spellEnd"/>
            <w:r w:rsidRPr="00FE394D">
              <w:rPr>
                <w:sz w:val="17"/>
                <w:lang w:val="fr-FR"/>
              </w:rPr>
              <w:t xml:space="preserve"> - 20 août 2026</w:t>
            </w:r>
          </w:p>
          <w:p w:rsidR="00AA56D0" w:rsidRPr="00FE394D" w:rsidRDefault="009F79DD">
            <w:pPr>
              <w:jc w:val="center"/>
              <w:rPr>
                <w:rFonts w:hint="eastAsia"/>
                <w:lang w:val="fr-FR"/>
              </w:rPr>
            </w:pPr>
            <w:r w:rsidRPr="00FE394D">
              <w:rPr>
                <w:b/>
                <w:i/>
                <w:color w:val="A8482E"/>
                <w:lang w:val="fr-FR"/>
              </w:rPr>
              <w:t>Devise : « Donner l’Espoir, Transformer des</w:t>
            </w:r>
            <w:r w:rsidRPr="00FE394D">
              <w:rPr>
                <w:b/>
                <w:i/>
                <w:color w:val="A8482E"/>
                <w:lang w:val="fr-FR"/>
              </w:rPr>
              <w:t xml:space="preserve"> Vies »</w:t>
            </w:r>
          </w:p>
          <w:p w:rsidR="00AA56D0" w:rsidRPr="00FE394D" w:rsidRDefault="009F79DD">
            <w:pPr>
              <w:jc w:val="center"/>
              <w:rPr>
                <w:rFonts w:hint="eastAsia"/>
                <w:lang w:val="fr-FR"/>
              </w:rPr>
            </w:pPr>
            <w:r w:rsidRPr="00FE394D">
              <w:rPr>
                <w:sz w:val="17"/>
                <w:lang w:val="fr-FR"/>
              </w:rPr>
              <w:t>E-mail : brighthopelife@gmail.com  |  www.brighthopelifecameroon.org</w:t>
            </w:r>
          </w:p>
        </w:tc>
      </w:tr>
    </w:tbl>
    <w:p w:rsidR="00AA56D0" w:rsidRPr="00FE394D" w:rsidRDefault="009F79DD">
      <w:pPr>
        <w:spacing w:before="100" w:after="20"/>
        <w:jc w:val="center"/>
        <w:rPr>
          <w:rFonts w:hint="eastAsia"/>
          <w:lang w:val="fr-FR"/>
        </w:rPr>
      </w:pPr>
      <w:r w:rsidRPr="00FE394D">
        <w:rPr>
          <w:b/>
          <w:color w:val="A8482E"/>
          <w:sz w:val="28"/>
          <w:lang w:val="fr-FR"/>
        </w:rPr>
        <w:t>PROGRAMME BRHOLIC « COMPÉTENCES POUR L’ESPOIR »</w:t>
      </w:r>
    </w:p>
    <w:p w:rsidR="00AA56D0" w:rsidRPr="00FE394D" w:rsidRDefault="009F79DD">
      <w:pPr>
        <w:spacing w:after="80"/>
        <w:jc w:val="center"/>
        <w:rPr>
          <w:rFonts w:hint="eastAsia"/>
          <w:lang w:val="fr-FR"/>
        </w:rPr>
      </w:pPr>
      <w:r w:rsidRPr="00FE394D">
        <w:rPr>
          <w:b/>
          <w:sz w:val="21"/>
          <w:lang w:val="fr-FR"/>
        </w:rPr>
        <w:t>ÉDITION 2026 - BOURSES PARTIELLES DE FORMATION PROFESSIONNELLE ET NUMÉRIQUE</w:t>
      </w:r>
    </w:p>
    <w:p w:rsidR="00AA56D0" w:rsidRDefault="009F79DD">
      <w:pPr>
        <w:spacing w:after="140"/>
        <w:jc w:val="center"/>
        <w:rPr>
          <w:rFonts w:hint="eastAsia"/>
        </w:rPr>
      </w:pPr>
      <w:r>
        <w:rPr>
          <w:b/>
          <w:color w:val="1E6B3F"/>
          <w:sz w:val="32"/>
        </w:rPr>
        <w:t>FICHE DE CANDIDATURE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543"/>
        <w:gridCol w:w="3543"/>
        <w:gridCol w:w="3543"/>
        <w:gridCol w:w="287"/>
      </w:tblGrid>
      <w:tr w:rsidR="00AA56D0" w:rsidRPr="00FE394D">
        <w:trPr>
          <w:jc w:val="center"/>
        </w:trPr>
        <w:tc>
          <w:tcPr>
            <w:tcW w:w="10656" w:type="dxa"/>
            <w:gridSpan w:val="4"/>
            <w:tcBorders>
              <w:top w:val="single" w:sz="10" w:space="0" w:color="2E7D4F"/>
              <w:left w:val="single" w:sz="10" w:space="0" w:color="2E7D4F"/>
              <w:bottom w:val="single" w:sz="10" w:space="0" w:color="2E7D4F"/>
              <w:right w:val="single" w:sz="10" w:space="0" w:color="2E7D4F"/>
            </w:tcBorders>
            <w:shd w:val="clear" w:color="auto" w:fill="EEF6F0"/>
            <w:tcMar>
              <w:top w:w="110" w:type="dxa"/>
              <w:left w:w="130" w:type="dxa"/>
              <w:bottom w:w="110" w:type="dxa"/>
              <w:right w:w="130" w:type="dxa"/>
            </w:tcMar>
          </w:tcPr>
          <w:p w:rsidR="00AA56D0" w:rsidRPr="00FE394D" w:rsidRDefault="009F79DD">
            <w:pPr>
              <w:jc w:val="center"/>
              <w:rPr>
                <w:rFonts w:hint="eastAsia"/>
                <w:lang w:val="fr-FR"/>
              </w:rPr>
            </w:pPr>
            <w:r w:rsidRPr="00FE394D">
              <w:rPr>
                <w:b/>
                <w:lang w:val="fr-FR"/>
              </w:rPr>
              <w:t>23 bourses partielles : 13 Beauté</w:t>
            </w:r>
            <w:r w:rsidRPr="00FE394D">
              <w:rPr>
                <w:b/>
                <w:lang w:val="fr-FR"/>
              </w:rPr>
              <w:t xml:space="preserve"> &amp; Bien-être | 10 Numérique &amp; Technologie</w:t>
            </w:r>
          </w:p>
          <w:p w:rsidR="00AA56D0" w:rsidRPr="00FE394D" w:rsidRDefault="009F79DD">
            <w:pPr>
              <w:jc w:val="center"/>
              <w:rPr>
                <w:rFonts w:hint="eastAsia"/>
                <w:lang w:val="fr-FR"/>
              </w:rPr>
            </w:pPr>
            <w:r w:rsidRPr="00FE394D">
              <w:rPr>
                <w:sz w:val="17"/>
                <w:lang w:val="fr-FR"/>
              </w:rPr>
              <w:t>BRHOLIC prend en charge 40 % des frais de formation. Les 60 % restants sont à la charge du bénéficiaire. Les formations se déroulent exclusivement dans les structures partenaires de BRHOLIC.</w:t>
            </w:r>
          </w:p>
        </w:tc>
      </w:tr>
      <w:tr w:rsidR="00AA56D0">
        <w:trPr>
          <w:gridAfter w:val="1"/>
          <w:wAfter w:w="288" w:type="dxa"/>
          <w:jc w:val="center"/>
        </w:trPr>
        <w:tc>
          <w:tcPr>
            <w:tcW w:w="3552" w:type="dxa"/>
            <w:tcBorders>
              <w:top w:val="single" w:sz="8" w:space="0" w:color="9EAD9A"/>
              <w:left w:val="single" w:sz="8" w:space="0" w:color="9EAD9A"/>
              <w:bottom w:val="single" w:sz="8" w:space="0" w:color="9EAD9A"/>
              <w:right w:val="single" w:sz="8" w:space="0" w:color="9EAD9A"/>
            </w:tcBorders>
            <w:shd w:val="clear" w:color="auto" w:fill="DDEFE2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AA56D0" w:rsidRDefault="009F79DD">
            <w:pPr>
              <w:jc w:val="center"/>
              <w:rPr>
                <w:rFonts w:hint="eastAsia"/>
              </w:rPr>
            </w:pPr>
            <w:r>
              <w:rPr>
                <w:b/>
              </w:rPr>
              <w:t>N° de candidature</w:t>
            </w:r>
          </w:p>
        </w:tc>
        <w:tc>
          <w:tcPr>
            <w:tcW w:w="3552" w:type="dxa"/>
            <w:tcBorders>
              <w:top w:val="single" w:sz="8" w:space="0" w:color="9EAD9A"/>
              <w:left w:val="single" w:sz="8" w:space="0" w:color="9EAD9A"/>
              <w:bottom w:val="single" w:sz="8" w:space="0" w:color="9EAD9A"/>
              <w:right w:val="single" w:sz="8" w:space="0" w:color="9EAD9A"/>
            </w:tcBorders>
            <w:shd w:val="clear" w:color="auto" w:fill="DDEFE2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AA56D0" w:rsidRDefault="009F79DD">
            <w:pPr>
              <w:jc w:val="center"/>
              <w:rPr>
                <w:rFonts w:hint="eastAsia"/>
              </w:rPr>
            </w:pPr>
            <w:r>
              <w:rPr>
                <w:b/>
              </w:rPr>
              <w:t>Date</w:t>
            </w:r>
            <w:r>
              <w:rPr>
                <w:b/>
              </w:rPr>
              <w:t xml:space="preserve"> de réception</w:t>
            </w:r>
          </w:p>
        </w:tc>
        <w:tc>
          <w:tcPr>
            <w:tcW w:w="3552" w:type="dxa"/>
            <w:tcBorders>
              <w:top w:val="single" w:sz="8" w:space="0" w:color="9EAD9A"/>
              <w:left w:val="single" w:sz="8" w:space="0" w:color="9EAD9A"/>
              <w:bottom w:val="single" w:sz="8" w:space="0" w:color="9EAD9A"/>
              <w:right w:val="single" w:sz="8" w:space="0" w:color="9EAD9A"/>
            </w:tcBorders>
            <w:shd w:val="clear" w:color="auto" w:fill="DDEFE2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AA56D0" w:rsidRDefault="009F79DD">
            <w:pPr>
              <w:jc w:val="center"/>
              <w:rPr>
                <w:rFonts w:hint="eastAsia"/>
              </w:rPr>
            </w:pPr>
            <w:r>
              <w:rPr>
                <w:b/>
              </w:rPr>
              <w:t>Structure partenaire pressentie</w:t>
            </w:r>
          </w:p>
        </w:tc>
      </w:tr>
      <w:tr w:rsidR="00AA56D0">
        <w:trPr>
          <w:gridAfter w:val="1"/>
          <w:wAfter w:w="288" w:type="dxa"/>
          <w:jc w:val="center"/>
        </w:trPr>
        <w:tc>
          <w:tcPr>
            <w:tcW w:w="3552" w:type="dxa"/>
            <w:tcBorders>
              <w:top w:val="single" w:sz="8" w:space="0" w:color="9EAD9A"/>
              <w:left w:val="single" w:sz="8" w:space="0" w:color="9EAD9A"/>
              <w:bottom w:val="single" w:sz="8" w:space="0" w:color="9EAD9A"/>
              <w:right w:val="single" w:sz="8" w:space="0" w:color="9EAD9A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AA56D0" w:rsidRDefault="00AA56D0">
            <w:pPr>
              <w:rPr>
                <w:rFonts w:hint="eastAsia"/>
              </w:rPr>
            </w:pPr>
          </w:p>
        </w:tc>
        <w:tc>
          <w:tcPr>
            <w:tcW w:w="3552" w:type="dxa"/>
            <w:tcBorders>
              <w:top w:val="single" w:sz="8" w:space="0" w:color="9EAD9A"/>
              <w:left w:val="single" w:sz="8" w:space="0" w:color="9EAD9A"/>
              <w:bottom w:val="single" w:sz="8" w:space="0" w:color="9EAD9A"/>
              <w:right w:val="single" w:sz="8" w:space="0" w:color="9EAD9A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AA56D0" w:rsidRDefault="00AA56D0">
            <w:pPr>
              <w:rPr>
                <w:rFonts w:hint="eastAsia"/>
              </w:rPr>
            </w:pPr>
          </w:p>
        </w:tc>
        <w:tc>
          <w:tcPr>
            <w:tcW w:w="3552" w:type="dxa"/>
            <w:tcBorders>
              <w:top w:val="single" w:sz="8" w:space="0" w:color="9EAD9A"/>
              <w:left w:val="single" w:sz="8" w:space="0" w:color="9EAD9A"/>
              <w:bottom w:val="single" w:sz="8" w:space="0" w:color="9EAD9A"/>
              <w:right w:val="single" w:sz="8" w:space="0" w:color="9EAD9A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AA56D0" w:rsidRDefault="00AA56D0">
            <w:pPr>
              <w:rPr>
                <w:rFonts w:hint="eastAsia"/>
              </w:rPr>
            </w:pPr>
          </w:p>
        </w:tc>
      </w:tr>
    </w:tbl>
    <w:p w:rsidR="00AA56D0" w:rsidRDefault="009F79DD">
      <w:pPr>
        <w:pStyle w:val="Heading1"/>
        <w:spacing w:before="160" w:after="100"/>
      </w:pPr>
      <w:r>
        <w:t>A. IDENTIFICATION DU CANDIDAT</w:t>
      </w:r>
    </w:p>
    <w:p w:rsidR="00AA56D0" w:rsidRDefault="009F79DD">
      <w:pPr>
        <w:spacing w:after="40"/>
        <w:rPr>
          <w:rFonts w:hint="eastAsia"/>
        </w:rPr>
      </w:pPr>
      <w:r>
        <w:rPr>
          <w:b/>
        </w:rPr>
        <w:t>1. Nom et prénoms :</w:t>
      </w:r>
      <w:r>
        <w:t xml:space="preserve"> __________________________________________________________</w:t>
      </w:r>
    </w:p>
    <w:p w:rsidR="00AA56D0" w:rsidRDefault="009F79DD">
      <w:pPr>
        <w:spacing w:after="40"/>
        <w:rPr>
          <w:rFonts w:hint="eastAsia"/>
        </w:rPr>
      </w:pPr>
      <w:r>
        <w:rPr>
          <w:b/>
        </w:rPr>
        <w:t>2. Date de naissance : ____ / ____ / ______     Âge :</w:t>
      </w:r>
      <w:r>
        <w:t xml:space="preserve"> _________________________</w:t>
      </w:r>
    </w:p>
    <w:p w:rsidR="00AA56D0" w:rsidRDefault="009F79DD">
      <w:pPr>
        <w:rPr>
          <w:rFonts w:hint="eastAsia"/>
        </w:rPr>
      </w:pPr>
      <w:r>
        <w:rPr>
          <w:b/>
        </w:rPr>
        <w:t xml:space="preserve">3. Sexe : </w:t>
      </w:r>
      <w:r>
        <w:t>☐</w:t>
      </w:r>
      <w:r>
        <w:t xml:space="preserve"> Femm</w:t>
      </w:r>
      <w:r>
        <w:t>e   ☐ Homme</w:t>
      </w:r>
    </w:p>
    <w:p w:rsidR="00AA56D0" w:rsidRDefault="009F79DD">
      <w:pPr>
        <w:spacing w:after="40"/>
        <w:rPr>
          <w:rFonts w:hint="eastAsia"/>
        </w:rPr>
      </w:pPr>
      <w:r>
        <w:rPr>
          <w:b/>
        </w:rPr>
        <w:t>4. Quartier / Village de résidence :</w:t>
      </w:r>
      <w:r>
        <w:t xml:space="preserve"> _______________________________________________</w:t>
      </w:r>
    </w:p>
    <w:p w:rsidR="00AA56D0" w:rsidRDefault="009F79DD">
      <w:pPr>
        <w:spacing w:after="40"/>
        <w:rPr>
          <w:rFonts w:hint="eastAsia"/>
        </w:rPr>
      </w:pPr>
      <w:r>
        <w:rPr>
          <w:b/>
        </w:rPr>
        <w:t xml:space="preserve">   Arrondissement :</w:t>
      </w:r>
      <w:r>
        <w:t xml:space="preserve"> _________________________________</w:t>
      </w:r>
    </w:p>
    <w:p w:rsidR="00AA56D0" w:rsidRDefault="009F79DD">
      <w:pPr>
        <w:spacing w:after="40"/>
        <w:rPr>
          <w:rFonts w:hint="eastAsia"/>
        </w:rPr>
      </w:pPr>
      <w:r>
        <w:rPr>
          <w:b/>
        </w:rPr>
        <w:t xml:space="preserve">   Département :</w:t>
      </w:r>
      <w:r>
        <w:t xml:space="preserve"> ___________________________________</w:t>
      </w:r>
    </w:p>
    <w:p w:rsidR="00AA56D0" w:rsidRDefault="009F79DD">
      <w:pPr>
        <w:spacing w:after="40"/>
        <w:rPr>
          <w:rFonts w:hint="eastAsia"/>
        </w:rPr>
      </w:pPr>
      <w:r>
        <w:rPr>
          <w:b/>
        </w:rPr>
        <w:t>5. Téléphone / WhatsApp :</w:t>
      </w:r>
      <w:r>
        <w:t xml:space="preserve"> _____________________________________________</w:t>
      </w:r>
    </w:p>
    <w:p w:rsidR="00AA56D0" w:rsidRPr="00FE394D" w:rsidRDefault="009F79DD">
      <w:pPr>
        <w:rPr>
          <w:rFonts w:hint="eastAsia"/>
          <w:lang w:val="fr-FR"/>
        </w:rPr>
      </w:pPr>
      <w:r w:rsidRPr="00FE394D">
        <w:rPr>
          <w:b/>
          <w:lang w:val="fr-FR"/>
        </w:rPr>
        <w:t xml:space="preserve">6. Niveau d’études le plus élevé atteint : </w:t>
      </w:r>
      <w:r w:rsidRPr="00FE394D">
        <w:rPr>
          <w:lang w:val="fr-FR"/>
        </w:rPr>
        <w:t>☐</w:t>
      </w:r>
      <w:r w:rsidRPr="00FE394D">
        <w:rPr>
          <w:lang w:val="fr-FR"/>
        </w:rPr>
        <w:t xml:space="preserve"> Primaire   ☐ Secondaire 1er cycle   ☐ Secondaire 2nd cycle   ☐ Baccalauréat/GCE A-</w:t>
      </w:r>
      <w:proofErr w:type="spellStart"/>
      <w:r w:rsidRPr="00FE394D">
        <w:rPr>
          <w:lang w:val="fr-FR"/>
        </w:rPr>
        <w:t>Level</w:t>
      </w:r>
      <w:proofErr w:type="spellEnd"/>
      <w:r w:rsidRPr="00FE394D">
        <w:rPr>
          <w:lang w:val="fr-FR"/>
        </w:rPr>
        <w:t xml:space="preserve">   ☐ Formation professionnelle   ☐ Universitaire   ☐ Autre</w:t>
      </w:r>
    </w:p>
    <w:p w:rsidR="00AA56D0" w:rsidRPr="00FE394D" w:rsidRDefault="009F79DD">
      <w:pPr>
        <w:spacing w:after="40"/>
        <w:rPr>
          <w:rFonts w:hint="eastAsia"/>
          <w:lang w:val="fr-FR"/>
        </w:rPr>
      </w:pPr>
      <w:r w:rsidRPr="00FE394D">
        <w:rPr>
          <w:b/>
          <w:lang w:val="fr-FR"/>
        </w:rPr>
        <w:t>7. Diplôme le plus</w:t>
      </w:r>
      <w:r w:rsidRPr="00FE394D">
        <w:rPr>
          <w:b/>
          <w:lang w:val="fr-FR"/>
        </w:rPr>
        <w:t xml:space="preserve"> élevé obtenu :</w:t>
      </w:r>
      <w:r w:rsidRPr="00FE394D">
        <w:rPr>
          <w:lang w:val="fr-FR"/>
        </w:rPr>
        <w:t xml:space="preserve"> _______________________________________________</w:t>
      </w:r>
    </w:p>
    <w:p w:rsidR="00AA56D0" w:rsidRPr="00FE394D" w:rsidRDefault="009F79DD">
      <w:pPr>
        <w:pStyle w:val="Heading1"/>
        <w:spacing w:before="160" w:after="100"/>
        <w:rPr>
          <w:lang w:val="fr-FR"/>
        </w:rPr>
      </w:pPr>
      <w:r w:rsidRPr="00FE394D">
        <w:rPr>
          <w:lang w:val="fr-FR"/>
        </w:rPr>
        <w:t>B. SITUATION SOCIALE ET FAMILIALE</w:t>
      </w:r>
    </w:p>
    <w:p w:rsidR="00AA56D0" w:rsidRPr="00FE394D" w:rsidRDefault="009F79DD">
      <w:pPr>
        <w:rPr>
          <w:rFonts w:hint="eastAsia"/>
          <w:lang w:val="fr-FR"/>
        </w:rPr>
      </w:pPr>
      <w:r w:rsidRPr="00FE394D">
        <w:rPr>
          <w:b/>
          <w:lang w:val="fr-FR"/>
        </w:rPr>
        <w:t xml:space="preserve">8. Situation matrimoniale : </w:t>
      </w:r>
      <w:r w:rsidRPr="00FE394D">
        <w:rPr>
          <w:lang w:val="fr-FR"/>
        </w:rPr>
        <w:t>☐</w:t>
      </w:r>
      <w:r w:rsidRPr="00FE394D">
        <w:rPr>
          <w:lang w:val="fr-FR"/>
        </w:rPr>
        <w:t xml:space="preserve"> Célibataire   ☐ Marié(e)   ☐ Veuf/Veuve   ☐ Divorcé(e)/Séparé(e)   ☐ Autre</w:t>
      </w:r>
    </w:p>
    <w:p w:rsidR="00AA56D0" w:rsidRPr="00FE394D" w:rsidRDefault="009F79DD">
      <w:pPr>
        <w:rPr>
          <w:rFonts w:hint="eastAsia"/>
          <w:lang w:val="fr-FR"/>
        </w:rPr>
      </w:pPr>
      <w:r w:rsidRPr="00FE394D">
        <w:rPr>
          <w:b/>
          <w:lang w:val="fr-FR"/>
        </w:rPr>
        <w:t>9. Avez-vous des enfants ou autres personnes directem</w:t>
      </w:r>
      <w:r w:rsidRPr="00FE394D">
        <w:rPr>
          <w:b/>
          <w:lang w:val="fr-FR"/>
        </w:rPr>
        <w:t xml:space="preserve">ent à votre charge ? </w:t>
      </w:r>
      <w:r w:rsidRPr="00FE394D">
        <w:rPr>
          <w:lang w:val="fr-FR"/>
        </w:rPr>
        <w:t>☐</w:t>
      </w:r>
      <w:r w:rsidRPr="00FE394D">
        <w:rPr>
          <w:lang w:val="fr-FR"/>
        </w:rPr>
        <w:t xml:space="preserve"> Oui   ☐ Non</w:t>
      </w:r>
    </w:p>
    <w:p w:rsidR="00AA56D0" w:rsidRPr="00FE394D" w:rsidRDefault="009F79DD">
      <w:pPr>
        <w:spacing w:after="40"/>
        <w:rPr>
          <w:rFonts w:hint="eastAsia"/>
          <w:lang w:val="fr-FR"/>
        </w:rPr>
      </w:pPr>
      <w:r w:rsidRPr="00FE394D">
        <w:rPr>
          <w:b/>
          <w:lang w:val="fr-FR"/>
        </w:rPr>
        <w:t xml:space="preserve">   Nombre d’enfants à charge :</w:t>
      </w:r>
      <w:r w:rsidRPr="00FE394D">
        <w:rPr>
          <w:lang w:val="fr-FR"/>
        </w:rPr>
        <w:t xml:space="preserve"> __________________</w:t>
      </w:r>
    </w:p>
    <w:p w:rsidR="00AA56D0" w:rsidRPr="00FE394D" w:rsidRDefault="009F79DD">
      <w:pPr>
        <w:spacing w:after="40"/>
        <w:rPr>
          <w:rFonts w:hint="eastAsia"/>
          <w:lang w:val="fr-FR"/>
        </w:rPr>
      </w:pPr>
      <w:r w:rsidRPr="00FE394D">
        <w:rPr>
          <w:b/>
          <w:lang w:val="fr-FR"/>
        </w:rPr>
        <w:t xml:space="preserve">   Autres personnes à charge :</w:t>
      </w:r>
      <w:r w:rsidRPr="00FE394D">
        <w:rPr>
          <w:lang w:val="fr-FR"/>
        </w:rPr>
        <w:t xml:space="preserve"> __________________</w:t>
      </w:r>
    </w:p>
    <w:p w:rsidR="00AA56D0" w:rsidRPr="00FE394D" w:rsidRDefault="009F79DD">
      <w:pPr>
        <w:rPr>
          <w:rFonts w:hint="eastAsia"/>
          <w:lang w:val="fr-FR"/>
        </w:rPr>
      </w:pPr>
      <w:r w:rsidRPr="00FE394D">
        <w:rPr>
          <w:b/>
          <w:lang w:val="fr-FR"/>
        </w:rPr>
        <w:t xml:space="preserve">10. Êtes-vous </w:t>
      </w:r>
      <w:proofErr w:type="gramStart"/>
      <w:r w:rsidRPr="00FE394D">
        <w:rPr>
          <w:b/>
          <w:lang w:val="fr-FR"/>
        </w:rPr>
        <w:t>chef(</w:t>
      </w:r>
      <w:proofErr w:type="spellStart"/>
      <w:proofErr w:type="gramEnd"/>
      <w:r w:rsidRPr="00FE394D">
        <w:rPr>
          <w:b/>
          <w:lang w:val="fr-FR"/>
        </w:rPr>
        <w:t>fe</w:t>
      </w:r>
      <w:proofErr w:type="spellEnd"/>
      <w:r w:rsidRPr="00FE394D">
        <w:rPr>
          <w:b/>
          <w:lang w:val="fr-FR"/>
        </w:rPr>
        <w:t xml:space="preserve">) de ménage ou principal soutien économique du ménage ? </w:t>
      </w:r>
      <w:r w:rsidRPr="00FE394D">
        <w:rPr>
          <w:lang w:val="fr-FR"/>
        </w:rPr>
        <w:t>☐</w:t>
      </w:r>
      <w:r w:rsidRPr="00FE394D">
        <w:rPr>
          <w:lang w:val="fr-FR"/>
        </w:rPr>
        <w:t xml:space="preserve"> Oui   ☐ Non   ☐ Partiellement</w:t>
      </w:r>
    </w:p>
    <w:p w:rsidR="00AA56D0" w:rsidRPr="00FE394D" w:rsidRDefault="009F79DD">
      <w:pPr>
        <w:rPr>
          <w:rFonts w:hint="eastAsia"/>
          <w:lang w:val="fr-FR"/>
        </w:rPr>
      </w:pPr>
      <w:r w:rsidRPr="00FE394D">
        <w:rPr>
          <w:b/>
          <w:lang w:val="fr-FR"/>
        </w:rPr>
        <w:t xml:space="preserve">Expliquez </w:t>
      </w:r>
      <w:r w:rsidRPr="00FE394D">
        <w:rPr>
          <w:b/>
          <w:lang w:val="fr-FR"/>
        </w:rPr>
        <w:t>brièvement :</w:t>
      </w:r>
    </w:p>
    <w:p w:rsidR="00AA56D0" w:rsidRPr="00FE394D" w:rsidRDefault="009F79DD">
      <w:pPr>
        <w:spacing w:after="20" w:line="240" w:lineRule="auto"/>
        <w:rPr>
          <w:rFonts w:hint="eastAsia"/>
          <w:lang w:val="fr-FR"/>
        </w:rPr>
      </w:pPr>
      <w:r w:rsidRPr="00FE394D">
        <w:rPr>
          <w:lang w:val="fr-FR"/>
        </w:rPr>
        <w:t>____________________________________________________________________________________________________</w:t>
      </w:r>
    </w:p>
    <w:p w:rsidR="00AA56D0" w:rsidRPr="00FE394D" w:rsidRDefault="009F79DD">
      <w:pPr>
        <w:spacing w:after="20" w:line="240" w:lineRule="auto"/>
        <w:rPr>
          <w:rFonts w:hint="eastAsia"/>
          <w:lang w:val="fr-FR"/>
        </w:rPr>
      </w:pPr>
      <w:r w:rsidRPr="00FE394D">
        <w:rPr>
          <w:lang w:val="fr-FR"/>
        </w:rPr>
        <w:t>____________________________________________________________________________________________________</w:t>
      </w:r>
    </w:p>
    <w:p w:rsidR="00AA56D0" w:rsidRPr="00FE394D" w:rsidRDefault="009F79DD">
      <w:pPr>
        <w:spacing w:before="40" w:after="40"/>
        <w:rPr>
          <w:rFonts w:hint="eastAsia"/>
          <w:lang w:val="fr-FR"/>
        </w:rPr>
      </w:pPr>
      <w:r w:rsidRPr="00FE394D">
        <w:rPr>
          <w:b/>
          <w:lang w:val="fr-FR"/>
        </w:rPr>
        <w:t>11. Êtes-vous dans l’une des situations s</w:t>
      </w:r>
      <w:r w:rsidRPr="00FE394D">
        <w:rPr>
          <w:b/>
          <w:lang w:val="fr-FR"/>
        </w:rPr>
        <w:t>uivantes ? Cochez toutes les réponses qui correspondent réellement à votre situation.</w:t>
      </w:r>
    </w:p>
    <w:p w:rsidR="00AA56D0" w:rsidRPr="00FE394D" w:rsidRDefault="009F79DD">
      <w:pPr>
        <w:spacing w:after="20"/>
        <w:ind w:left="216"/>
        <w:rPr>
          <w:rFonts w:hint="eastAsia"/>
          <w:lang w:val="fr-FR"/>
        </w:rPr>
      </w:pPr>
      <w:r w:rsidRPr="00FE394D">
        <w:rPr>
          <w:lang w:val="fr-FR"/>
        </w:rPr>
        <w:t>☐</w:t>
      </w:r>
      <w:r w:rsidRPr="00FE394D">
        <w:rPr>
          <w:lang w:val="fr-FR"/>
        </w:rPr>
        <w:t xml:space="preserve"> Personne déplacée interne</w:t>
      </w:r>
    </w:p>
    <w:p w:rsidR="00AA56D0" w:rsidRPr="00FE394D" w:rsidRDefault="009F79DD">
      <w:pPr>
        <w:spacing w:after="20"/>
        <w:ind w:left="216"/>
        <w:rPr>
          <w:rFonts w:hint="eastAsia"/>
          <w:lang w:val="fr-FR"/>
        </w:rPr>
      </w:pPr>
      <w:r w:rsidRPr="00FE394D">
        <w:rPr>
          <w:lang w:val="fr-FR"/>
        </w:rPr>
        <w:t>☐</w:t>
      </w:r>
      <w:r w:rsidRPr="00FE394D">
        <w:rPr>
          <w:lang w:val="fr-FR"/>
        </w:rPr>
        <w:t xml:space="preserve"> Mère célibataire assumant principalement la charge de ses enfants</w:t>
      </w:r>
    </w:p>
    <w:p w:rsidR="00AA56D0" w:rsidRPr="00FE394D" w:rsidRDefault="009F79DD">
      <w:pPr>
        <w:spacing w:after="20"/>
        <w:ind w:left="216"/>
        <w:rPr>
          <w:rFonts w:hint="eastAsia"/>
          <w:lang w:val="fr-FR"/>
        </w:rPr>
      </w:pPr>
      <w:r w:rsidRPr="00FE394D">
        <w:rPr>
          <w:lang w:val="fr-FR"/>
        </w:rPr>
        <w:t>☐</w:t>
      </w:r>
      <w:r w:rsidRPr="00FE394D">
        <w:rPr>
          <w:lang w:val="fr-FR"/>
        </w:rPr>
        <w:t xml:space="preserve"> Veuf/Veuve avec personnes à charge</w:t>
      </w:r>
    </w:p>
    <w:p w:rsidR="00AA56D0" w:rsidRPr="00FE394D" w:rsidRDefault="009F79DD">
      <w:pPr>
        <w:spacing w:after="20"/>
        <w:ind w:left="216"/>
        <w:rPr>
          <w:rFonts w:hint="eastAsia"/>
          <w:lang w:val="fr-FR"/>
        </w:rPr>
      </w:pPr>
      <w:r w:rsidRPr="00FE394D">
        <w:rPr>
          <w:lang w:val="fr-FR"/>
        </w:rPr>
        <w:t>☐</w:t>
      </w:r>
      <w:r w:rsidRPr="00FE394D">
        <w:rPr>
          <w:lang w:val="fr-FR"/>
        </w:rPr>
        <w:t xml:space="preserve"> Jeune sans emploi</w:t>
      </w:r>
    </w:p>
    <w:p w:rsidR="00AA56D0" w:rsidRPr="00FE394D" w:rsidRDefault="009F79DD">
      <w:pPr>
        <w:spacing w:after="20"/>
        <w:ind w:left="216"/>
        <w:rPr>
          <w:rFonts w:hint="eastAsia"/>
          <w:lang w:val="fr-FR"/>
        </w:rPr>
      </w:pPr>
      <w:r w:rsidRPr="00FE394D">
        <w:rPr>
          <w:lang w:val="fr-FR"/>
        </w:rPr>
        <w:t>☐</w:t>
      </w:r>
      <w:r w:rsidRPr="00FE394D">
        <w:rPr>
          <w:lang w:val="fr-FR"/>
        </w:rPr>
        <w:t xml:space="preserve"> Personne actuel</w:t>
      </w:r>
      <w:r w:rsidRPr="00FE394D">
        <w:rPr>
          <w:lang w:val="fr-FR"/>
        </w:rPr>
        <w:t>lement sous-employée</w:t>
      </w:r>
    </w:p>
    <w:p w:rsidR="00AA56D0" w:rsidRPr="00FE394D" w:rsidRDefault="009F79DD">
      <w:pPr>
        <w:spacing w:after="20"/>
        <w:ind w:left="216"/>
        <w:rPr>
          <w:rFonts w:hint="eastAsia"/>
          <w:lang w:val="fr-FR"/>
        </w:rPr>
      </w:pPr>
      <w:r w:rsidRPr="00FE394D">
        <w:rPr>
          <w:lang w:val="fr-FR"/>
        </w:rPr>
        <w:t>☐</w:t>
      </w:r>
      <w:r w:rsidRPr="00FE394D">
        <w:rPr>
          <w:lang w:val="fr-FR"/>
        </w:rPr>
        <w:t xml:space="preserve"> </w:t>
      </w:r>
      <w:proofErr w:type="gramStart"/>
      <w:r w:rsidRPr="00FE394D">
        <w:rPr>
          <w:lang w:val="fr-FR"/>
        </w:rPr>
        <w:t>Chef(</w:t>
      </w:r>
      <w:proofErr w:type="spellStart"/>
      <w:proofErr w:type="gramEnd"/>
      <w:r w:rsidRPr="00FE394D">
        <w:rPr>
          <w:lang w:val="fr-FR"/>
        </w:rPr>
        <w:t>fe</w:t>
      </w:r>
      <w:proofErr w:type="spellEnd"/>
      <w:r w:rsidRPr="00FE394D">
        <w:rPr>
          <w:lang w:val="fr-FR"/>
        </w:rPr>
        <w:t>) de ménage sans revenu stable</w:t>
      </w:r>
    </w:p>
    <w:p w:rsidR="00AA56D0" w:rsidRPr="00FE394D" w:rsidRDefault="009F79DD">
      <w:pPr>
        <w:spacing w:after="20"/>
        <w:ind w:left="216"/>
        <w:rPr>
          <w:rFonts w:hint="eastAsia"/>
          <w:lang w:val="fr-FR"/>
        </w:rPr>
      </w:pPr>
      <w:r w:rsidRPr="00FE394D">
        <w:rPr>
          <w:lang w:val="fr-FR"/>
        </w:rPr>
        <w:t>☐</w:t>
      </w:r>
      <w:r w:rsidRPr="00FE394D">
        <w:rPr>
          <w:lang w:val="fr-FR"/>
        </w:rPr>
        <w:t xml:space="preserve"> Personne issue d’un ménage à très faible revenu</w:t>
      </w:r>
    </w:p>
    <w:p w:rsidR="00AA56D0" w:rsidRPr="00FE394D" w:rsidRDefault="009F79DD">
      <w:pPr>
        <w:spacing w:after="20"/>
        <w:ind w:left="216"/>
        <w:rPr>
          <w:rFonts w:hint="eastAsia"/>
          <w:lang w:val="fr-FR"/>
        </w:rPr>
      </w:pPr>
      <w:r w:rsidRPr="00FE394D">
        <w:rPr>
          <w:lang w:val="fr-FR"/>
        </w:rPr>
        <w:t>☐</w:t>
      </w:r>
      <w:r w:rsidRPr="00FE394D">
        <w:rPr>
          <w:lang w:val="fr-FR"/>
        </w:rPr>
        <w:t xml:space="preserve"> Personne ayant interrompu ses études/formation pour raisons financières</w:t>
      </w:r>
    </w:p>
    <w:p w:rsidR="00AA56D0" w:rsidRPr="00FE394D" w:rsidRDefault="009F79DD">
      <w:pPr>
        <w:spacing w:after="20"/>
        <w:ind w:left="216"/>
        <w:rPr>
          <w:rFonts w:hint="eastAsia"/>
          <w:lang w:val="fr-FR"/>
        </w:rPr>
      </w:pPr>
      <w:r w:rsidRPr="00FE394D">
        <w:rPr>
          <w:lang w:val="fr-FR"/>
        </w:rPr>
        <w:t>☐</w:t>
      </w:r>
      <w:r w:rsidRPr="00FE394D">
        <w:rPr>
          <w:lang w:val="fr-FR"/>
        </w:rPr>
        <w:t xml:space="preserve"> Personne vivant avec un handicap affectant ses possibilités économiqu</w:t>
      </w:r>
      <w:r w:rsidRPr="00FE394D">
        <w:rPr>
          <w:lang w:val="fr-FR"/>
        </w:rPr>
        <w:t>es</w:t>
      </w:r>
    </w:p>
    <w:p w:rsidR="00AA56D0" w:rsidRPr="00FE394D" w:rsidRDefault="009F79DD">
      <w:pPr>
        <w:spacing w:after="20"/>
        <w:ind w:left="216"/>
        <w:rPr>
          <w:rFonts w:hint="eastAsia"/>
          <w:lang w:val="fr-FR"/>
        </w:rPr>
      </w:pPr>
      <w:r w:rsidRPr="00FE394D">
        <w:rPr>
          <w:lang w:val="fr-FR"/>
        </w:rPr>
        <w:lastRenderedPageBreak/>
        <w:t>☐</w:t>
      </w:r>
      <w:r w:rsidRPr="00FE394D">
        <w:rPr>
          <w:lang w:val="fr-FR"/>
        </w:rPr>
        <w:t xml:space="preserve"> Personne ayant perdu son activité ou ses moyens de subsistance</w:t>
      </w:r>
    </w:p>
    <w:p w:rsidR="00AA56D0" w:rsidRPr="00FE394D" w:rsidRDefault="009F79DD">
      <w:pPr>
        <w:spacing w:after="20"/>
        <w:ind w:left="216"/>
        <w:rPr>
          <w:rFonts w:hint="eastAsia"/>
          <w:lang w:val="fr-FR"/>
        </w:rPr>
      </w:pPr>
      <w:r w:rsidRPr="00FE394D">
        <w:rPr>
          <w:lang w:val="fr-FR"/>
        </w:rPr>
        <w:t>☐</w:t>
      </w:r>
      <w:r w:rsidRPr="00FE394D">
        <w:rPr>
          <w:lang w:val="fr-FR"/>
        </w:rPr>
        <w:t xml:space="preserve"> Autre situation particulière de vulnérabilité</w:t>
      </w:r>
    </w:p>
    <w:p w:rsidR="00AA56D0" w:rsidRPr="00FE394D" w:rsidRDefault="009F79DD">
      <w:pPr>
        <w:spacing w:after="20"/>
        <w:ind w:left="216"/>
        <w:rPr>
          <w:rFonts w:hint="eastAsia"/>
          <w:lang w:val="fr-FR"/>
        </w:rPr>
      </w:pPr>
      <w:r w:rsidRPr="00FE394D">
        <w:rPr>
          <w:lang w:val="fr-FR"/>
        </w:rPr>
        <w:t>☐</w:t>
      </w:r>
      <w:r w:rsidRPr="00FE394D">
        <w:rPr>
          <w:lang w:val="fr-FR"/>
        </w:rPr>
        <w:t xml:space="preserve"> Aucune de ces situations</w:t>
      </w:r>
    </w:p>
    <w:p w:rsidR="00AA56D0" w:rsidRPr="00FE394D" w:rsidRDefault="009F79DD">
      <w:pPr>
        <w:spacing w:before="40" w:after="40"/>
        <w:rPr>
          <w:rFonts w:hint="eastAsia"/>
          <w:lang w:val="fr-FR"/>
        </w:rPr>
      </w:pPr>
      <w:r w:rsidRPr="00FE394D">
        <w:rPr>
          <w:b/>
          <w:lang w:val="fr-FR"/>
        </w:rPr>
        <w:t>12. Si vous avez indiqué une situation particulière ci-dessus, expliquez-la brièvement.</w:t>
      </w:r>
    </w:p>
    <w:p w:rsidR="00AA56D0" w:rsidRPr="00FE394D" w:rsidRDefault="009F79DD">
      <w:pPr>
        <w:spacing w:after="20" w:line="240" w:lineRule="auto"/>
        <w:rPr>
          <w:rFonts w:hint="eastAsia"/>
          <w:lang w:val="fr-FR"/>
        </w:rPr>
      </w:pPr>
      <w:r w:rsidRPr="00FE394D">
        <w:rPr>
          <w:lang w:val="fr-FR"/>
        </w:rPr>
        <w:t>____________________________________________________________________________________________________</w:t>
      </w:r>
    </w:p>
    <w:p w:rsidR="00AA56D0" w:rsidRPr="00FE394D" w:rsidRDefault="009F79DD">
      <w:pPr>
        <w:spacing w:after="20" w:line="240" w:lineRule="auto"/>
        <w:rPr>
          <w:rFonts w:hint="eastAsia"/>
          <w:lang w:val="fr-FR"/>
        </w:rPr>
      </w:pPr>
      <w:r w:rsidRPr="00FE394D">
        <w:rPr>
          <w:lang w:val="fr-FR"/>
        </w:rPr>
        <w:t>____________________________________________________________________________________________________</w:t>
      </w:r>
    </w:p>
    <w:p w:rsidR="00AA56D0" w:rsidRPr="00FE394D" w:rsidRDefault="009F79DD">
      <w:pPr>
        <w:spacing w:after="20" w:line="240" w:lineRule="auto"/>
        <w:rPr>
          <w:rFonts w:hint="eastAsia"/>
          <w:lang w:val="fr-FR"/>
        </w:rPr>
      </w:pPr>
      <w:r w:rsidRPr="00FE394D">
        <w:rPr>
          <w:lang w:val="fr-FR"/>
        </w:rPr>
        <w:t>______________________________________________________</w:t>
      </w:r>
      <w:r w:rsidRPr="00FE394D">
        <w:rPr>
          <w:lang w:val="fr-FR"/>
        </w:rPr>
        <w:t>______________________________________________</w:t>
      </w:r>
    </w:p>
    <w:p w:rsidR="00AA56D0" w:rsidRPr="00FE394D" w:rsidRDefault="009F79DD">
      <w:pPr>
        <w:pStyle w:val="Heading1"/>
        <w:spacing w:before="160" w:after="100"/>
        <w:rPr>
          <w:lang w:val="fr-FR"/>
        </w:rPr>
      </w:pPr>
      <w:r w:rsidRPr="00FE394D">
        <w:rPr>
          <w:lang w:val="fr-FR"/>
        </w:rPr>
        <w:t>C. SITUATION ÉCONOMIQUE ACTUELLE</w:t>
      </w:r>
    </w:p>
    <w:p w:rsidR="00AA56D0" w:rsidRPr="00FE394D" w:rsidRDefault="009F79DD">
      <w:pPr>
        <w:spacing w:before="40" w:after="40"/>
        <w:rPr>
          <w:rFonts w:hint="eastAsia"/>
          <w:lang w:val="fr-FR"/>
        </w:rPr>
      </w:pPr>
      <w:r w:rsidRPr="00FE394D">
        <w:rPr>
          <w:b/>
          <w:lang w:val="fr-FR"/>
        </w:rPr>
        <w:t>13. Quelle est actuellement votre principale situation professionnelle ?</w:t>
      </w:r>
    </w:p>
    <w:p w:rsidR="00AA56D0" w:rsidRPr="00FE394D" w:rsidRDefault="009F79DD">
      <w:pPr>
        <w:rPr>
          <w:rFonts w:hint="eastAsia"/>
          <w:lang w:val="fr-FR"/>
        </w:rPr>
      </w:pPr>
      <w:r w:rsidRPr="00FE394D">
        <w:rPr>
          <w:lang w:val="fr-FR"/>
        </w:rPr>
        <w:t>☐</w:t>
      </w:r>
      <w:r w:rsidRPr="00FE394D">
        <w:rPr>
          <w:lang w:val="fr-FR"/>
        </w:rPr>
        <w:t xml:space="preserve"> Sans emploi   ☐ Élève/Étudiant(e) sans activité rémunérée   ☐ Travail occasionnel   ☐ Petit commerce </w:t>
      </w:r>
      <w:r w:rsidRPr="00FE394D">
        <w:rPr>
          <w:lang w:val="fr-FR"/>
        </w:rPr>
        <w:t>informel   ☐ Travailleur indépendant   ☐ Employé(e) à temps partiel   ☐ Employé(e) à temps plein   ☐ Autre</w:t>
      </w:r>
    </w:p>
    <w:p w:rsidR="00AA56D0" w:rsidRPr="00FE394D" w:rsidRDefault="009F79DD">
      <w:pPr>
        <w:spacing w:before="40" w:after="40"/>
        <w:rPr>
          <w:rFonts w:hint="eastAsia"/>
          <w:lang w:val="fr-FR"/>
        </w:rPr>
      </w:pPr>
      <w:r w:rsidRPr="00FE394D">
        <w:rPr>
          <w:b/>
          <w:lang w:val="fr-FR"/>
        </w:rPr>
        <w:t>14. Avez-vous actuellement une activité qui vous procure un revenu ?</w:t>
      </w:r>
    </w:p>
    <w:p w:rsidR="00AA56D0" w:rsidRPr="00FE394D" w:rsidRDefault="009F79DD">
      <w:pPr>
        <w:rPr>
          <w:rFonts w:hint="eastAsia"/>
          <w:lang w:val="fr-FR"/>
        </w:rPr>
      </w:pPr>
      <w:r w:rsidRPr="00FE394D">
        <w:rPr>
          <w:lang w:val="fr-FR"/>
        </w:rPr>
        <w:t>☐</w:t>
      </w:r>
      <w:r w:rsidRPr="00FE394D">
        <w:rPr>
          <w:lang w:val="fr-FR"/>
        </w:rPr>
        <w:t xml:space="preserve"> Aucun revenu actuellement   ☐ Activité occasionnelle/irrégulière   ☐ Petite ac</w:t>
      </w:r>
      <w:r w:rsidRPr="00FE394D">
        <w:rPr>
          <w:lang w:val="fr-FR"/>
        </w:rPr>
        <w:t>tivité indépendante   ☐ Emploi régulier   ☐ Autre</w:t>
      </w:r>
    </w:p>
    <w:p w:rsidR="00AA56D0" w:rsidRPr="00FE394D" w:rsidRDefault="009F79DD">
      <w:pPr>
        <w:spacing w:before="40" w:after="40"/>
        <w:rPr>
          <w:rFonts w:hint="eastAsia"/>
          <w:lang w:val="fr-FR"/>
        </w:rPr>
      </w:pPr>
      <w:r w:rsidRPr="00FE394D">
        <w:rPr>
          <w:b/>
          <w:lang w:val="fr-FR"/>
        </w:rPr>
        <w:t>15. Revenu personnel mensuel moyen approximatif au cours des trois derniers mois :</w:t>
      </w:r>
    </w:p>
    <w:p w:rsidR="00AA56D0" w:rsidRPr="00FE394D" w:rsidRDefault="009F79DD">
      <w:pPr>
        <w:rPr>
          <w:rFonts w:hint="eastAsia"/>
          <w:lang w:val="fr-FR"/>
        </w:rPr>
      </w:pPr>
      <w:r w:rsidRPr="00FE394D">
        <w:rPr>
          <w:lang w:val="fr-FR"/>
        </w:rPr>
        <w:t>☐</w:t>
      </w:r>
      <w:r w:rsidRPr="00FE394D">
        <w:rPr>
          <w:lang w:val="fr-FR"/>
        </w:rPr>
        <w:t xml:space="preserve"> Aucun revenu   ☐ Moins de 25 000 FCFA   ☐ 25 000 - 50 000 FCFA   ☐ 50 001 - 100 000 FCFA   ☐ 100 001 - 150 000 FCFA   ☐ P</w:t>
      </w:r>
      <w:r w:rsidRPr="00FE394D">
        <w:rPr>
          <w:lang w:val="fr-FR"/>
        </w:rPr>
        <w:t>lus de 150 000 FCFA</w:t>
      </w:r>
    </w:p>
    <w:p w:rsidR="00AA56D0" w:rsidRPr="00FE394D" w:rsidRDefault="009F79DD">
      <w:pPr>
        <w:rPr>
          <w:rFonts w:hint="eastAsia"/>
          <w:lang w:val="fr-FR"/>
        </w:rPr>
      </w:pPr>
      <w:r w:rsidRPr="00FE394D">
        <w:rPr>
          <w:i/>
          <w:sz w:val="17"/>
          <w:lang w:val="fr-FR"/>
        </w:rPr>
        <w:t>Cette information est confidentielle et utilisée uniquement pour apprécier la situation socio-économique du candidat.</w:t>
      </w:r>
    </w:p>
    <w:p w:rsidR="00AA56D0" w:rsidRPr="00FE394D" w:rsidRDefault="009F79DD">
      <w:pPr>
        <w:spacing w:before="40" w:after="40"/>
        <w:rPr>
          <w:rFonts w:hint="eastAsia"/>
          <w:lang w:val="fr-FR"/>
        </w:rPr>
      </w:pPr>
      <w:r w:rsidRPr="00FE394D">
        <w:rPr>
          <w:b/>
          <w:lang w:val="fr-FR"/>
        </w:rPr>
        <w:t>16. Votre ménage dispose-t-il d’un revenu régulier permettant de couvrir convenablement les besoins essentiels ?</w:t>
      </w:r>
    </w:p>
    <w:p w:rsidR="00AA56D0" w:rsidRPr="00FE394D" w:rsidRDefault="009F79DD">
      <w:pPr>
        <w:rPr>
          <w:rFonts w:hint="eastAsia"/>
          <w:lang w:val="fr-FR"/>
        </w:rPr>
      </w:pPr>
      <w:r w:rsidRPr="00FE394D">
        <w:rPr>
          <w:lang w:val="fr-FR"/>
        </w:rPr>
        <w:t>☐</w:t>
      </w:r>
      <w:r w:rsidRPr="00FE394D">
        <w:rPr>
          <w:lang w:val="fr-FR"/>
        </w:rPr>
        <w:t xml:space="preserve"> Non</w:t>
      </w:r>
      <w:r w:rsidRPr="00FE394D">
        <w:rPr>
          <w:lang w:val="fr-FR"/>
        </w:rPr>
        <w:t xml:space="preserve">   ☐ Très difficilement   ☐ Partiellement   ☐ Généralement oui</w:t>
      </w:r>
    </w:p>
    <w:p w:rsidR="00AA56D0" w:rsidRPr="00FE394D" w:rsidRDefault="009F79DD">
      <w:pPr>
        <w:rPr>
          <w:rFonts w:hint="eastAsia"/>
          <w:lang w:val="fr-FR"/>
        </w:rPr>
      </w:pPr>
      <w:r w:rsidRPr="00FE394D">
        <w:rPr>
          <w:b/>
          <w:lang w:val="fr-FR"/>
        </w:rPr>
        <w:t xml:space="preserve">17. Au cours des 12 derniers mois, avez-vous dû abandonner ou reporter une formation, une activité ou un projet professionnel principalement faute de moyens financiers ? </w:t>
      </w:r>
      <w:r w:rsidRPr="00FE394D">
        <w:rPr>
          <w:lang w:val="fr-FR"/>
        </w:rPr>
        <w:t>☐</w:t>
      </w:r>
      <w:r w:rsidRPr="00FE394D">
        <w:rPr>
          <w:lang w:val="fr-FR"/>
        </w:rPr>
        <w:t xml:space="preserve"> Oui   ☐ Non</w:t>
      </w:r>
    </w:p>
    <w:p w:rsidR="00AA56D0" w:rsidRPr="00FE394D" w:rsidRDefault="009F79DD">
      <w:pPr>
        <w:spacing w:after="40"/>
        <w:rPr>
          <w:rFonts w:hint="eastAsia"/>
          <w:lang w:val="fr-FR"/>
        </w:rPr>
      </w:pPr>
      <w:r w:rsidRPr="00FE394D">
        <w:rPr>
          <w:b/>
          <w:lang w:val="fr-FR"/>
        </w:rPr>
        <w:t xml:space="preserve">   Si oui</w:t>
      </w:r>
      <w:r w:rsidRPr="00FE394D">
        <w:rPr>
          <w:b/>
          <w:lang w:val="fr-FR"/>
        </w:rPr>
        <w:t>, précisez :</w:t>
      </w:r>
      <w:r w:rsidRPr="00FE394D">
        <w:rPr>
          <w:lang w:val="fr-FR"/>
        </w:rPr>
        <w:t xml:space="preserve"> _______________________________________________________</w:t>
      </w:r>
    </w:p>
    <w:p w:rsidR="00AA56D0" w:rsidRPr="00FE394D" w:rsidRDefault="009F79DD">
      <w:pPr>
        <w:pStyle w:val="Heading1"/>
        <w:spacing w:before="160" w:after="100"/>
        <w:rPr>
          <w:lang w:val="fr-FR"/>
        </w:rPr>
      </w:pPr>
      <w:r w:rsidRPr="00FE394D">
        <w:rPr>
          <w:lang w:val="fr-FR"/>
        </w:rPr>
        <w:t>D. FORMATION SOLLICITÉE</w:t>
      </w:r>
    </w:p>
    <w:p w:rsidR="00AA56D0" w:rsidRPr="00FE394D" w:rsidRDefault="009F79DD">
      <w:pPr>
        <w:spacing w:before="40" w:after="40"/>
        <w:rPr>
          <w:rFonts w:hint="eastAsia"/>
          <w:lang w:val="fr-FR"/>
        </w:rPr>
      </w:pPr>
      <w:r w:rsidRPr="00FE394D">
        <w:rPr>
          <w:b/>
          <w:lang w:val="fr-FR"/>
        </w:rPr>
        <w:t>18. Pôle et formation choisis :</w:t>
      </w:r>
    </w:p>
    <w:p w:rsidR="00AA56D0" w:rsidRPr="00FE394D" w:rsidRDefault="009F79DD">
      <w:pPr>
        <w:rPr>
          <w:rFonts w:hint="eastAsia"/>
          <w:lang w:val="fr-FR"/>
        </w:rPr>
      </w:pPr>
      <w:r w:rsidRPr="00FE394D">
        <w:rPr>
          <w:b/>
          <w:color w:val="A8482E"/>
          <w:lang w:val="fr-FR"/>
        </w:rPr>
        <w:t>☐</w:t>
      </w:r>
      <w:r w:rsidRPr="00FE394D">
        <w:rPr>
          <w:b/>
          <w:color w:val="A8482E"/>
          <w:lang w:val="fr-FR"/>
        </w:rPr>
        <w:t xml:space="preserve"> PÔLE BEAUTÉ &amp; BIEN-ÊTRE</w:t>
      </w:r>
    </w:p>
    <w:p w:rsidR="00AA56D0" w:rsidRPr="00FE394D" w:rsidRDefault="009F79DD">
      <w:pPr>
        <w:rPr>
          <w:rFonts w:hint="eastAsia"/>
          <w:lang w:val="fr-FR"/>
        </w:rPr>
      </w:pPr>
      <w:r w:rsidRPr="00FE394D">
        <w:rPr>
          <w:lang w:val="fr-FR"/>
        </w:rPr>
        <w:t>☐</w:t>
      </w:r>
      <w:r w:rsidRPr="00FE394D">
        <w:rPr>
          <w:lang w:val="fr-FR"/>
        </w:rPr>
        <w:t xml:space="preserve"> Esthétique   ☐ Cosmétique   ☐ Coiffure professionnelle   ☐ Massothérapie   ☐ Autre formation validée pa</w:t>
      </w:r>
      <w:r w:rsidRPr="00FE394D">
        <w:rPr>
          <w:lang w:val="fr-FR"/>
        </w:rPr>
        <w:t>r BRHOLIC</w:t>
      </w:r>
    </w:p>
    <w:p w:rsidR="00AA56D0" w:rsidRPr="00FE394D" w:rsidRDefault="009F79DD">
      <w:pPr>
        <w:rPr>
          <w:rFonts w:hint="eastAsia"/>
          <w:lang w:val="fr-FR"/>
        </w:rPr>
      </w:pPr>
      <w:r w:rsidRPr="00FE394D">
        <w:rPr>
          <w:b/>
          <w:color w:val="1E6B3F"/>
          <w:lang w:val="fr-FR"/>
        </w:rPr>
        <w:t>☐</w:t>
      </w:r>
      <w:r w:rsidRPr="00FE394D">
        <w:rPr>
          <w:b/>
          <w:color w:val="1E6B3F"/>
          <w:lang w:val="fr-FR"/>
        </w:rPr>
        <w:t xml:space="preserve"> PÔLE NUMÉRIQUE &amp; TECHNOLOGIE</w:t>
      </w:r>
    </w:p>
    <w:p w:rsidR="00AA56D0" w:rsidRPr="00FE394D" w:rsidRDefault="009F79DD">
      <w:pPr>
        <w:rPr>
          <w:rFonts w:hint="eastAsia"/>
          <w:lang w:val="fr-FR"/>
        </w:rPr>
      </w:pPr>
      <w:r w:rsidRPr="00FE394D">
        <w:rPr>
          <w:lang w:val="fr-FR"/>
        </w:rPr>
        <w:t>☐</w:t>
      </w:r>
      <w:r w:rsidRPr="00FE394D">
        <w:rPr>
          <w:lang w:val="fr-FR"/>
        </w:rPr>
        <w:t xml:space="preserve"> Infographie   ☐ </w:t>
      </w:r>
      <w:proofErr w:type="spellStart"/>
      <w:r w:rsidRPr="00FE394D">
        <w:rPr>
          <w:lang w:val="fr-FR"/>
        </w:rPr>
        <w:t>Cybersécurité</w:t>
      </w:r>
      <w:proofErr w:type="spellEnd"/>
      <w:r w:rsidRPr="00FE394D">
        <w:rPr>
          <w:lang w:val="fr-FR"/>
        </w:rPr>
        <w:t xml:space="preserve"> / </w:t>
      </w:r>
      <w:proofErr w:type="spellStart"/>
      <w:r w:rsidRPr="00FE394D">
        <w:rPr>
          <w:lang w:val="fr-FR"/>
        </w:rPr>
        <w:t>Pentesting</w:t>
      </w:r>
      <w:proofErr w:type="spellEnd"/>
      <w:r w:rsidRPr="00FE394D">
        <w:rPr>
          <w:lang w:val="fr-FR"/>
        </w:rPr>
        <w:t xml:space="preserve">   ☐ IA, digitalisation &amp; automatisation   ☐ Marketing digital   ☐ Développement d’applications   ☐ Autre formation validée par BRHOLIC</w:t>
      </w:r>
    </w:p>
    <w:p w:rsidR="00AA56D0" w:rsidRPr="00FE394D" w:rsidRDefault="009F79DD">
      <w:pPr>
        <w:spacing w:before="40" w:after="40"/>
        <w:rPr>
          <w:rFonts w:hint="eastAsia"/>
          <w:lang w:val="fr-FR"/>
        </w:rPr>
      </w:pPr>
      <w:r w:rsidRPr="00FE394D">
        <w:rPr>
          <w:b/>
          <w:lang w:val="fr-FR"/>
        </w:rPr>
        <w:t xml:space="preserve">19. Avez-vous déjà reçu une </w:t>
      </w:r>
      <w:r w:rsidRPr="00FE394D">
        <w:rPr>
          <w:b/>
          <w:lang w:val="fr-FR"/>
        </w:rPr>
        <w:t>formation ou acquis une expérience dans ce domaine ?</w:t>
      </w:r>
    </w:p>
    <w:p w:rsidR="00AA56D0" w:rsidRPr="00FE394D" w:rsidRDefault="009F79DD">
      <w:pPr>
        <w:rPr>
          <w:rFonts w:hint="eastAsia"/>
          <w:lang w:val="fr-FR"/>
        </w:rPr>
      </w:pPr>
      <w:r w:rsidRPr="00FE394D">
        <w:rPr>
          <w:lang w:val="fr-FR"/>
        </w:rPr>
        <w:t>☐</w:t>
      </w:r>
      <w:r w:rsidRPr="00FE394D">
        <w:rPr>
          <w:lang w:val="fr-FR"/>
        </w:rPr>
        <w:t xml:space="preserve"> Aucune   ☐ Quelques notions personnelles   ☐ Expérience pratique sans diplôme   ☐ Formation antérieure   ☐ J’exerce déjà une petite activité dans ce domaine</w:t>
      </w:r>
    </w:p>
    <w:p w:rsidR="00AA56D0" w:rsidRPr="00FE394D" w:rsidRDefault="009F79DD">
      <w:pPr>
        <w:spacing w:after="20" w:line="240" w:lineRule="auto"/>
        <w:rPr>
          <w:rFonts w:hint="eastAsia"/>
          <w:lang w:val="fr-FR"/>
        </w:rPr>
      </w:pPr>
      <w:r w:rsidRPr="00FE394D">
        <w:rPr>
          <w:lang w:val="fr-FR"/>
        </w:rPr>
        <w:t>____________________________________________</w:t>
      </w:r>
      <w:r w:rsidRPr="00FE394D">
        <w:rPr>
          <w:lang w:val="fr-FR"/>
        </w:rPr>
        <w:t>________________________________________________________</w:t>
      </w:r>
    </w:p>
    <w:p w:rsidR="00AA56D0" w:rsidRPr="00FE394D" w:rsidRDefault="009F79DD">
      <w:pPr>
        <w:spacing w:after="20" w:line="240" w:lineRule="auto"/>
        <w:rPr>
          <w:rFonts w:hint="eastAsia"/>
          <w:lang w:val="fr-FR"/>
        </w:rPr>
      </w:pPr>
      <w:r w:rsidRPr="00FE394D">
        <w:rPr>
          <w:lang w:val="fr-FR"/>
        </w:rPr>
        <w:t>____________________________________________________________________________________________________</w:t>
      </w:r>
    </w:p>
    <w:p w:rsidR="00AA56D0" w:rsidRPr="00FE394D" w:rsidRDefault="009F79DD">
      <w:pPr>
        <w:pStyle w:val="Heading1"/>
        <w:spacing w:before="160" w:after="100"/>
        <w:rPr>
          <w:lang w:val="fr-FR"/>
        </w:rPr>
      </w:pPr>
      <w:r w:rsidRPr="00FE394D">
        <w:rPr>
          <w:lang w:val="fr-FR"/>
        </w:rPr>
        <w:t>E. MOTIVATION ET PROJET PROFESSIONNEL</w:t>
      </w:r>
    </w:p>
    <w:p w:rsidR="00AA56D0" w:rsidRPr="00FE394D" w:rsidRDefault="009F79DD">
      <w:pPr>
        <w:spacing w:before="40" w:after="40"/>
        <w:rPr>
          <w:rFonts w:hint="eastAsia"/>
          <w:lang w:val="fr-FR"/>
        </w:rPr>
      </w:pPr>
      <w:r w:rsidRPr="00FE394D">
        <w:rPr>
          <w:b/>
          <w:lang w:val="fr-FR"/>
        </w:rPr>
        <w:t xml:space="preserve">20. Pourquoi souhaitez-vous suivre précisément cette </w:t>
      </w:r>
      <w:r w:rsidRPr="00FE394D">
        <w:rPr>
          <w:b/>
          <w:lang w:val="fr-FR"/>
        </w:rPr>
        <w:t>formation ?</w:t>
      </w:r>
    </w:p>
    <w:p w:rsidR="00AA56D0" w:rsidRPr="00FE394D" w:rsidRDefault="009F79DD">
      <w:pPr>
        <w:spacing w:after="20" w:line="240" w:lineRule="auto"/>
        <w:rPr>
          <w:rFonts w:hint="eastAsia"/>
          <w:lang w:val="fr-FR"/>
        </w:rPr>
      </w:pPr>
      <w:r w:rsidRPr="00FE394D">
        <w:rPr>
          <w:lang w:val="fr-FR"/>
        </w:rPr>
        <w:t>____________________________________________________________________________________________________</w:t>
      </w:r>
    </w:p>
    <w:p w:rsidR="00AA56D0" w:rsidRPr="00FE394D" w:rsidRDefault="009F79DD">
      <w:pPr>
        <w:spacing w:after="20" w:line="240" w:lineRule="auto"/>
        <w:rPr>
          <w:rFonts w:hint="eastAsia"/>
          <w:lang w:val="fr-FR"/>
        </w:rPr>
      </w:pPr>
      <w:r w:rsidRPr="00FE394D">
        <w:rPr>
          <w:lang w:val="fr-FR"/>
        </w:rPr>
        <w:t>____________________________________________________________________________________________________</w:t>
      </w:r>
    </w:p>
    <w:p w:rsidR="00AA56D0" w:rsidRPr="00FE394D" w:rsidRDefault="009F79DD">
      <w:pPr>
        <w:spacing w:after="20" w:line="240" w:lineRule="auto"/>
        <w:rPr>
          <w:rFonts w:hint="eastAsia"/>
          <w:lang w:val="fr-FR"/>
        </w:rPr>
      </w:pPr>
      <w:r w:rsidRPr="00FE394D">
        <w:rPr>
          <w:lang w:val="fr-FR"/>
        </w:rPr>
        <w:t>__________________________________________</w:t>
      </w:r>
      <w:r w:rsidRPr="00FE394D">
        <w:rPr>
          <w:lang w:val="fr-FR"/>
        </w:rPr>
        <w:t>__________________________________________________________</w:t>
      </w:r>
    </w:p>
    <w:p w:rsidR="00AA56D0" w:rsidRPr="00FE394D" w:rsidRDefault="009F79DD">
      <w:pPr>
        <w:spacing w:after="20" w:line="240" w:lineRule="auto"/>
        <w:rPr>
          <w:rFonts w:hint="eastAsia"/>
          <w:lang w:val="fr-FR"/>
        </w:rPr>
      </w:pPr>
      <w:r w:rsidRPr="00FE394D">
        <w:rPr>
          <w:lang w:val="fr-FR"/>
        </w:rPr>
        <w:t>____________________________________________________________________________________________________</w:t>
      </w:r>
    </w:p>
    <w:p w:rsidR="00AA56D0" w:rsidRPr="00FE394D" w:rsidRDefault="009F79DD">
      <w:pPr>
        <w:spacing w:before="40" w:after="40"/>
        <w:rPr>
          <w:rFonts w:hint="eastAsia"/>
          <w:lang w:val="fr-FR"/>
        </w:rPr>
      </w:pPr>
      <w:r w:rsidRPr="00FE394D">
        <w:rPr>
          <w:b/>
          <w:lang w:val="fr-FR"/>
        </w:rPr>
        <w:t>21. Que comptez-vous faire concrètement avec cette compétence après votre formation ?</w:t>
      </w:r>
    </w:p>
    <w:p w:rsidR="00AA56D0" w:rsidRPr="00FE394D" w:rsidRDefault="009F79DD">
      <w:pPr>
        <w:rPr>
          <w:rFonts w:hint="eastAsia"/>
          <w:lang w:val="fr-FR"/>
        </w:rPr>
      </w:pPr>
      <w:r w:rsidRPr="00FE394D">
        <w:rPr>
          <w:lang w:val="fr-FR"/>
        </w:rPr>
        <w:t>☐</w:t>
      </w:r>
      <w:r w:rsidRPr="00FE394D">
        <w:rPr>
          <w:lang w:val="fr-FR"/>
        </w:rPr>
        <w:t xml:space="preserve"> Recherch</w:t>
      </w:r>
      <w:r w:rsidRPr="00FE394D">
        <w:rPr>
          <w:lang w:val="fr-FR"/>
        </w:rPr>
        <w:t>er un emploi   ☐ Créer ma propre activité   ☐ Développer une activité existante   ☐ Travailler comme indépendant/freelance   ☐ M’associer avec d’autres personnes   ☐ Autre</w:t>
      </w:r>
    </w:p>
    <w:p w:rsidR="00AA56D0" w:rsidRPr="00FE394D" w:rsidRDefault="009F79DD">
      <w:pPr>
        <w:rPr>
          <w:rFonts w:hint="eastAsia"/>
          <w:lang w:val="fr-FR"/>
        </w:rPr>
      </w:pPr>
      <w:r w:rsidRPr="00FE394D">
        <w:rPr>
          <w:b/>
          <w:lang w:val="fr-FR"/>
        </w:rPr>
        <w:t>Expliquez concrètement votre projet :</w:t>
      </w:r>
    </w:p>
    <w:p w:rsidR="00AA56D0" w:rsidRPr="00FE394D" w:rsidRDefault="009F79DD">
      <w:pPr>
        <w:spacing w:after="20" w:line="240" w:lineRule="auto"/>
        <w:rPr>
          <w:rFonts w:hint="eastAsia"/>
          <w:lang w:val="fr-FR"/>
        </w:rPr>
      </w:pPr>
      <w:r w:rsidRPr="00FE394D">
        <w:rPr>
          <w:lang w:val="fr-FR"/>
        </w:rPr>
        <w:t>______________________________________________</w:t>
      </w:r>
      <w:r w:rsidRPr="00FE394D">
        <w:rPr>
          <w:lang w:val="fr-FR"/>
        </w:rPr>
        <w:t>______________________________________________________</w:t>
      </w:r>
    </w:p>
    <w:p w:rsidR="00AA56D0" w:rsidRPr="00FE394D" w:rsidRDefault="009F79DD">
      <w:pPr>
        <w:spacing w:after="20" w:line="240" w:lineRule="auto"/>
        <w:rPr>
          <w:rFonts w:hint="eastAsia"/>
          <w:lang w:val="fr-FR"/>
        </w:rPr>
      </w:pPr>
      <w:r w:rsidRPr="00FE394D">
        <w:rPr>
          <w:lang w:val="fr-FR"/>
        </w:rPr>
        <w:t>____________________________________________________________________________________________________</w:t>
      </w:r>
    </w:p>
    <w:p w:rsidR="00AA56D0" w:rsidRPr="00FE394D" w:rsidRDefault="009F79DD">
      <w:pPr>
        <w:spacing w:after="20" w:line="240" w:lineRule="auto"/>
        <w:rPr>
          <w:rFonts w:hint="eastAsia"/>
          <w:lang w:val="fr-FR"/>
        </w:rPr>
      </w:pPr>
      <w:r w:rsidRPr="00FE394D">
        <w:rPr>
          <w:lang w:val="fr-FR"/>
        </w:rPr>
        <w:t>____________________________________________________________________________________________________</w:t>
      </w:r>
    </w:p>
    <w:p w:rsidR="00AA56D0" w:rsidRPr="00FE394D" w:rsidRDefault="009F79DD">
      <w:pPr>
        <w:spacing w:after="20" w:line="240" w:lineRule="auto"/>
        <w:rPr>
          <w:rFonts w:hint="eastAsia"/>
          <w:lang w:val="fr-FR"/>
        </w:rPr>
      </w:pPr>
      <w:r w:rsidRPr="00FE394D">
        <w:rPr>
          <w:lang w:val="fr-FR"/>
        </w:rPr>
        <w:t>____________________________________________________________________________________________________</w:t>
      </w:r>
    </w:p>
    <w:p w:rsidR="00AA56D0" w:rsidRPr="00FE394D" w:rsidRDefault="009F79DD">
      <w:pPr>
        <w:spacing w:before="40" w:after="40"/>
        <w:rPr>
          <w:rFonts w:hint="eastAsia"/>
          <w:lang w:val="fr-FR"/>
        </w:rPr>
      </w:pPr>
      <w:r w:rsidRPr="00FE394D">
        <w:rPr>
          <w:b/>
          <w:lang w:val="fr-FR"/>
        </w:rPr>
        <w:t>22. Imaginez que votre formation soit terminée aujourd’hui. Quelle serait votre première action pour commencer à gagner un revenu grâce à cette compétence</w:t>
      </w:r>
      <w:r w:rsidRPr="00FE394D">
        <w:rPr>
          <w:b/>
          <w:lang w:val="fr-FR"/>
        </w:rPr>
        <w:t xml:space="preserve"> ?</w:t>
      </w:r>
    </w:p>
    <w:p w:rsidR="00AA56D0" w:rsidRPr="00FE394D" w:rsidRDefault="009F79DD">
      <w:pPr>
        <w:spacing w:after="20" w:line="240" w:lineRule="auto"/>
        <w:rPr>
          <w:rFonts w:hint="eastAsia"/>
          <w:lang w:val="fr-FR"/>
        </w:rPr>
      </w:pPr>
      <w:r w:rsidRPr="00FE394D">
        <w:rPr>
          <w:lang w:val="fr-FR"/>
        </w:rPr>
        <w:t>____________________________________________________________________________________________________</w:t>
      </w:r>
    </w:p>
    <w:p w:rsidR="00AA56D0" w:rsidRPr="00FE394D" w:rsidRDefault="009F79DD">
      <w:pPr>
        <w:spacing w:after="20" w:line="240" w:lineRule="auto"/>
        <w:rPr>
          <w:rFonts w:hint="eastAsia"/>
          <w:lang w:val="fr-FR"/>
        </w:rPr>
      </w:pPr>
      <w:r w:rsidRPr="00FE394D">
        <w:rPr>
          <w:lang w:val="fr-FR"/>
        </w:rPr>
        <w:t>____________________________________________________________________________________________________</w:t>
      </w:r>
    </w:p>
    <w:p w:rsidR="00AA56D0" w:rsidRPr="00FE394D" w:rsidRDefault="009F79DD">
      <w:pPr>
        <w:spacing w:after="20" w:line="240" w:lineRule="auto"/>
        <w:rPr>
          <w:rFonts w:hint="eastAsia"/>
          <w:lang w:val="fr-FR"/>
        </w:rPr>
      </w:pPr>
      <w:r w:rsidRPr="00FE394D">
        <w:rPr>
          <w:lang w:val="fr-FR"/>
        </w:rPr>
        <w:lastRenderedPageBreak/>
        <w:t>___________________________________________________</w:t>
      </w:r>
      <w:r w:rsidRPr="00FE394D">
        <w:rPr>
          <w:lang w:val="fr-FR"/>
        </w:rPr>
        <w:t>_________________________________________________</w:t>
      </w:r>
    </w:p>
    <w:p w:rsidR="00AA56D0" w:rsidRPr="00FE394D" w:rsidRDefault="009F79DD">
      <w:pPr>
        <w:spacing w:before="40" w:after="40"/>
        <w:rPr>
          <w:rFonts w:hint="eastAsia"/>
          <w:lang w:val="fr-FR"/>
        </w:rPr>
      </w:pPr>
      <w:r w:rsidRPr="00FE394D">
        <w:rPr>
          <w:b/>
          <w:lang w:val="fr-FR"/>
        </w:rPr>
        <w:t>23. Quels sont actuellement les principaux obstacles qui vous empêchent de réaliser ce projet ?</w:t>
      </w:r>
    </w:p>
    <w:p w:rsidR="00AA56D0" w:rsidRPr="00FE394D" w:rsidRDefault="009F79DD">
      <w:pPr>
        <w:spacing w:after="20"/>
        <w:ind w:left="216"/>
        <w:rPr>
          <w:rFonts w:hint="eastAsia"/>
          <w:lang w:val="fr-FR"/>
        </w:rPr>
      </w:pPr>
      <w:r w:rsidRPr="00FE394D">
        <w:rPr>
          <w:lang w:val="fr-FR"/>
        </w:rPr>
        <w:t>☐</w:t>
      </w:r>
      <w:r w:rsidRPr="00FE394D">
        <w:rPr>
          <w:lang w:val="fr-FR"/>
        </w:rPr>
        <w:t xml:space="preserve"> Manque de formation/compétences</w:t>
      </w:r>
    </w:p>
    <w:p w:rsidR="00AA56D0" w:rsidRPr="00FE394D" w:rsidRDefault="009F79DD">
      <w:pPr>
        <w:spacing w:after="20"/>
        <w:ind w:left="216"/>
        <w:rPr>
          <w:rFonts w:hint="eastAsia"/>
          <w:lang w:val="fr-FR"/>
        </w:rPr>
      </w:pPr>
      <w:r w:rsidRPr="00FE394D">
        <w:rPr>
          <w:lang w:val="fr-FR"/>
        </w:rPr>
        <w:t>☐</w:t>
      </w:r>
      <w:r w:rsidRPr="00FE394D">
        <w:rPr>
          <w:lang w:val="fr-FR"/>
        </w:rPr>
        <w:t xml:space="preserve"> Manque de moyens financiers</w:t>
      </w:r>
    </w:p>
    <w:p w:rsidR="00AA56D0" w:rsidRPr="00FE394D" w:rsidRDefault="009F79DD">
      <w:pPr>
        <w:spacing w:after="20"/>
        <w:ind w:left="216"/>
        <w:rPr>
          <w:rFonts w:hint="eastAsia"/>
          <w:lang w:val="fr-FR"/>
        </w:rPr>
      </w:pPr>
      <w:r w:rsidRPr="00FE394D">
        <w:rPr>
          <w:lang w:val="fr-FR"/>
        </w:rPr>
        <w:t>☐</w:t>
      </w:r>
      <w:r w:rsidRPr="00FE394D">
        <w:rPr>
          <w:lang w:val="fr-FR"/>
        </w:rPr>
        <w:t xml:space="preserve"> Manque d’équipement</w:t>
      </w:r>
    </w:p>
    <w:p w:rsidR="00AA56D0" w:rsidRPr="00FE394D" w:rsidRDefault="009F79DD">
      <w:pPr>
        <w:spacing w:after="20"/>
        <w:ind w:left="216"/>
        <w:rPr>
          <w:rFonts w:hint="eastAsia"/>
          <w:lang w:val="fr-FR"/>
        </w:rPr>
      </w:pPr>
      <w:r w:rsidRPr="00FE394D">
        <w:rPr>
          <w:lang w:val="fr-FR"/>
        </w:rPr>
        <w:t>☐</w:t>
      </w:r>
      <w:r w:rsidRPr="00FE394D">
        <w:rPr>
          <w:lang w:val="fr-FR"/>
        </w:rPr>
        <w:t xml:space="preserve"> Difficulté à trouver d</w:t>
      </w:r>
      <w:r w:rsidRPr="00FE394D">
        <w:rPr>
          <w:lang w:val="fr-FR"/>
        </w:rPr>
        <w:t>es clients</w:t>
      </w:r>
    </w:p>
    <w:p w:rsidR="00AA56D0" w:rsidRPr="00FE394D" w:rsidRDefault="009F79DD">
      <w:pPr>
        <w:spacing w:after="20"/>
        <w:ind w:left="216"/>
        <w:rPr>
          <w:rFonts w:hint="eastAsia"/>
          <w:lang w:val="fr-FR"/>
        </w:rPr>
      </w:pPr>
      <w:r w:rsidRPr="00FE394D">
        <w:rPr>
          <w:lang w:val="fr-FR"/>
        </w:rPr>
        <w:t>☐</w:t>
      </w:r>
      <w:r w:rsidRPr="00FE394D">
        <w:rPr>
          <w:lang w:val="fr-FR"/>
        </w:rPr>
        <w:t xml:space="preserve"> Manque d’accès au numérique</w:t>
      </w:r>
    </w:p>
    <w:p w:rsidR="00AA56D0" w:rsidRPr="00FE394D" w:rsidRDefault="009F79DD">
      <w:pPr>
        <w:spacing w:after="20"/>
        <w:ind w:left="216"/>
        <w:rPr>
          <w:rFonts w:hint="eastAsia"/>
          <w:lang w:val="fr-FR"/>
        </w:rPr>
      </w:pPr>
      <w:r w:rsidRPr="00FE394D">
        <w:rPr>
          <w:lang w:val="fr-FR"/>
        </w:rPr>
        <w:t>☐</w:t>
      </w:r>
      <w:r w:rsidRPr="00FE394D">
        <w:rPr>
          <w:lang w:val="fr-FR"/>
        </w:rPr>
        <w:t xml:space="preserve"> Responsabilités familiales</w:t>
      </w:r>
    </w:p>
    <w:p w:rsidR="00AA56D0" w:rsidRPr="00FE394D" w:rsidRDefault="009F79DD">
      <w:pPr>
        <w:spacing w:after="20"/>
        <w:ind w:left="216"/>
        <w:rPr>
          <w:rFonts w:hint="eastAsia"/>
          <w:lang w:val="fr-FR"/>
        </w:rPr>
      </w:pPr>
      <w:r w:rsidRPr="00FE394D">
        <w:rPr>
          <w:lang w:val="fr-FR"/>
        </w:rPr>
        <w:t>☐</w:t>
      </w:r>
      <w:r w:rsidRPr="00FE394D">
        <w:rPr>
          <w:lang w:val="fr-FR"/>
        </w:rPr>
        <w:t xml:space="preserve"> Déplacement/instabilité</w:t>
      </w:r>
    </w:p>
    <w:p w:rsidR="00AA56D0" w:rsidRPr="00FE394D" w:rsidRDefault="009F79DD">
      <w:pPr>
        <w:spacing w:after="20"/>
        <w:ind w:left="216"/>
        <w:rPr>
          <w:rFonts w:hint="eastAsia"/>
          <w:lang w:val="fr-FR"/>
        </w:rPr>
      </w:pPr>
      <w:r w:rsidRPr="00FE394D">
        <w:rPr>
          <w:lang w:val="fr-FR"/>
        </w:rPr>
        <w:t>☐</w:t>
      </w:r>
      <w:r w:rsidRPr="00FE394D">
        <w:rPr>
          <w:lang w:val="fr-FR"/>
        </w:rPr>
        <w:t xml:space="preserve"> Manque d’opportunités professionnelles</w:t>
      </w:r>
    </w:p>
    <w:p w:rsidR="00AA56D0" w:rsidRPr="00FE394D" w:rsidRDefault="009F79DD">
      <w:pPr>
        <w:spacing w:after="20"/>
        <w:ind w:left="216"/>
        <w:rPr>
          <w:rFonts w:hint="eastAsia"/>
          <w:lang w:val="fr-FR"/>
        </w:rPr>
      </w:pPr>
      <w:r w:rsidRPr="00FE394D">
        <w:rPr>
          <w:lang w:val="fr-FR"/>
        </w:rPr>
        <w:t>☐</w:t>
      </w:r>
      <w:r w:rsidRPr="00FE394D">
        <w:rPr>
          <w:lang w:val="fr-FR"/>
        </w:rPr>
        <w:t xml:space="preserve"> Autre</w:t>
      </w:r>
    </w:p>
    <w:p w:rsidR="00AA56D0" w:rsidRPr="00FE394D" w:rsidRDefault="009F79DD">
      <w:pPr>
        <w:pStyle w:val="Heading1"/>
        <w:spacing w:before="160" w:after="100"/>
        <w:rPr>
          <w:lang w:val="fr-FR"/>
        </w:rPr>
      </w:pPr>
      <w:r w:rsidRPr="00FE394D">
        <w:rPr>
          <w:lang w:val="fr-FR"/>
        </w:rPr>
        <w:t>F. ENGAGEMENT ET FAISABILITÉ</w:t>
      </w:r>
    </w:p>
    <w:p w:rsidR="00AA56D0" w:rsidRPr="00FE394D" w:rsidRDefault="009F79DD">
      <w:pPr>
        <w:spacing w:before="40" w:after="40"/>
        <w:rPr>
          <w:rFonts w:hint="eastAsia"/>
          <w:lang w:val="fr-FR"/>
        </w:rPr>
      </w:pPr>
      <w:r w:rsidRPr="00FE394D">
        <w:rPr>
          <w:b/>
          <w:lang w:val="fr-FR"/>
        </w:rPr>
        <w:t xml:space="preserve">24. BRHOLIC prendra en charge 40 % des frais de formation. Êtes-vous en mesure de </w:t>
      </w:r>
      <w:r w:rsidRPr="00FE394D">
        <w:rPr>
          <w:b/>
          <w:lang w:val="fr-FR"/>
        </w:rPr>
        <w:t>mobiliser les 60 % restants ?</w:t>
      </w:r>
    </w:p>
    <w:p w:rsidR="00AA56D0" w:rsidRPr="00FE394D" w:rsidRDefault="009F79DD">
      <w:pPr>
        <w:rPr>
          <w:rFonts w:hint="eastAsia"/>
          <w:lang w:val="fr-FR"/>
        </w:rPr>
      </w:pPr>
      <w:r w:rsidRPr="00FE394D">
        <w:rPr>
          <w:lang w:val="fr-FR"/>
        </w:rPr>
        <w:t>☐</w:t>
      </w:r>
      <w:r w:rsidRPr="00FE394D">
        <w:rPr>
          <w:lang w:val="fr-FR"/>
        </w:rPr>
        <w:t xml:space="preserve"> Oui, entièrement   ☐ Oui, avec l’appui de ma famille/tuteur   ☐ Oui, mais paiement échelonné souhaité si possible   ☐ Non</w:t>
      </w:r>
    </w:p>
    <w:p w:rsidR="00AA56D0" w:rsidRPr="00FE394D" w:rsidRDefault="009F79DD">
      <w:pPr>
        <w:rPr>
          <w:rFonts w:hint="eastAsia"/>
          <w:lang w:val="fr-FR"/>
        </w:rPr>
      </w:pPr>
      <w:r w:rsidRPr="00FE394D">
        <w:rPr>
          <w:i/>
          <w:sz w:val="17"/>
          <w:lang w:val="fr-FR"/>
        </w:rPr>
        <w:t>Répondre « Non » ne signifie pas automatiquement le rejet de la candidature ; cette information permet</w:t>
      </w:r>
      <w:r w:rsidRPr="00FE394D">
        <w:rPr>
          <w:i/>
          <w:sz w:val="17"/>
          <w:lang w:val="fr-FR"/>
        </w:rPr>
        <w:t xml:space="preserve"> d’évaluer la faisabilité réelle de l’accompagnement.</w:t>
      </w:r>
    </w:p>
    <w:p w:rsidR="00AA56D0" w:rsidRPr="00FE394D" w:rsidRDefault="009F79DD">
      <w:pPr>
        <w:rPr>
          <w:rFonts w:hint="eastAsia"/>
          <w:lang w:val="fr-FR"/>
        </w:rPr>
      </w:pPr>
      <w:r w:rsidRPr="00FE394D">
        <w:rPr>
          <w:b/>
          <w:lang w:val="fr-FR"/>
        </w:rPr>
        <w:t xml:space="preserve">25. Si vous êtes sélectionné(e), êtes-vous disponible pour suivre régulièrement la formation jusqu’à son terme ? </w:t>
      </w:r>
      <w:r w:rsidRPr="00FE394D">
        <w:rPr>
          <w:lang w:val="fr-FR"/>
        </w:rPr>
        <w:t>☐</w:t>
      </w:r>
      <w:r w:rsidRPr="00FE394D">
        <w:rPr>
          <w:lang w:val="fr-FR"/>
        </w:rPr>
        <w:t xml:space="preserve"> Oui   ☐ Non</w:t>
      </w:r>
    </w:p>
    <w:p w:rsidR="00AA56D0" w:rsidRPr="00FE394D" w:rsidRDefault="009F79DD">
      <w:pPr>
        <w:spacing w:before="40" w:after="40"/>
        <w:rPr>
          <w:rFonts w:hint="eastAsia"/>
          <w:lang w:val="fr-FR"/>
        </w:rPr>
      </w:pPr>
      <w:r w:rsidRPr="00FE394D">
        <w:rPr>
          <w:b/>
          <w:lang w:val="fr-FR"/>
        </w:rPr>
        <w:t>26. Existe-t-il actuellement une difficulté susceptible de vous empêcher de</w:t>
      </w:r>
      <w:r w:rsidRPr="00FE394D">
        <w:rPr>
          <w:b/>
          <w:lang w:val="fr-FR"/>
        </w:rPr>
        <w:t xml:space="preserve"> terminer la formation ?</w:t>
      </w:r>
    </w:p>
    <w:p w:rsidR="00AA56D0" w:rsidRPr="00FE394D" w:rsidRDefault="009F79DD">
      <w:pPr>
        <w:rPr>
          <w:rFonts w:hint="eastAsia"/>
          <w:lang w:val="fr-FR"/>
        </w:rPr>
      </w:pPr>
      <w:r w:rsidRPr="00FE394D">
        <w:rPr>
          <w:lang w:val="fr-FR"/>
        </w:rPr>
        <w:t>☐</w:t>
      </w:r>
      <w:r w:rsidRPr="00FE394D">
        <w:rPr>
          <w:lang w:val="fr-FR"/>
        </w:rPr>
        <w:t xml:space="preserve"> Non   ☐ Transport   ☐ Responsabilités familiales   ☐ Horaires professionnels   ☐ Santé   ☐ Difficultés financières   ☐ Autre</w:t>
      </w:r>
    </w:p>
    <w:p w:rsidR="00AA56D0" w:rsidRPr="00FE394D" w:rsidRDefault="009F79DD">
      <w:pPr>
        <w:spacing w:after="40"/>
        <w:rPr>
          <w:rFonts w:hint="eastAsia"/>
          <w:lang w:val="fr-FR"/>
        </w:rPr>
      </w:pPr>
      <w:r w:rsidRPr="00FE394D">
        <w:rPr>
          <w:b/>
          <w:lang w:val="fr-FR"/>
        </w:rPr>
        <w:t xml:space="preserve">   Précisez si nécessaire :</w:t>
      </w:r>
      <w:r w:rsidRPr="00FE394D">
        <w:rPr>
          <w:lang w:val="fr-FR"/>
        </w:rPr>
        <w:t xml:space="preserve"> __________________________________________________</w:t>
      </w:r>
    </w:p>
    <w:p w:rsidR="00AA56D0" w:rsidRPr="00FE394D" w:rsidRDefault="009F79DD">
      <w:pPr>
        <w:rPr>
          <w:rFonts w:hint="eastAsia"/>
          <w:lang w:val="fr-FR"/>
        </w:rPr>
      </w:pPr>
      <w:r w:rsidRPr="00FE394D">
        <w:rPr>
          <w:b/>
          <w:lang w:val="fr-FR"/>
        </w:rPr>
        <w:t>27. Acceptez-vous de part</w:t>
      </w:r>
      <w:r w:rsidRPr="00FE394D">
        <w:rPr>
          <w:b/>
          <w:lang w:val="fr-FR"/>
        </w:rPr>
        <w:t xml:space="preserve">iciper au suivi BRHOLIC pendant et après la formation afin de mesurer votre progression professionnelle ? </w:t>
      </w:r>
      <w:r w:rsidRPr="00FE394D">
        <w:rPr>
          <w:lang w:val="fr-FR"/>
        </w:rPr>
        <w:t>☐</w:t>
      </w:r>
      <w:r w:rsidRPr="00FE394D">
        <w:rPr>
          <w:lang w:val="fr-FR"/>
        </w:rPr>
        <w:t xml:space="preserve"> Oui   ☐ Non</w:t>
      </w:r>
    </w:p>
    <w:p w:rsidR="00AA56D0" w:rsidRPr="00FE394D" w:rsidRDefault="009F79DD">
      <w:pPr>
        <w:pStyle w:val="Heading1"/>
        <w:spacing w:before="160" w:after="100"/>
        <w:rPr>
          <w:lang w:val="fr-FR"/>
        </w:rPr>
      </w:pPr>
      <w:r w:rsidRPr="00FE394D">
        <w:rPr>
          <w:lang w:val="fr-FR"/>
        </w:rPr>
        <w:t>G. POURQUOI BRHOLIC DEVRAIT-ELLE VOUS SOUTENIR ?</w:t>
      </w:r>
    </w:p>
    <w:p w:rsidR="00AA56D0" w:rsidRPr="00FE394D" w:rsidRDefault="009F79DD">
      <w:pPr>
        <w:spacing w:before="40" w:after="40"/>
        <w:rPr>
          <w:rFonts w:hint="eastAsia"/>
          <w:lang w:val="fr-FR"/>
        </w:rPr>
      </w:pPr>
      <w:r w:rsidRPr="00FE394D">
        <w:rPr>
          <w:b/>
          <w:lang w:val="fr-FR"/>
        </w:rPr>
        <w:t>28. En cinq lignes maximum, expliquez pourquoi cette bourse pourrait réellement changer</w:t>
      </w:r>
      <w:r w:rsidRPr="00FE394D">
        <w:rPr>
          <w:b/>
          <w:lang w:val="fr-FR"/>
        </w:rPr>
        <w:t xml:space="preserve"> votre situation.</w:t>
      </w:r>
    </w:p>
    <w:p w:rsidR="00AA56D0" w:rsidRPr="00FE394D" w:rsidRDefault="009F79DD">
      <w:pPr>
        <w:spacing w:after="20" w:line="240" w:lineRule="auto"/>
        <w:rPr>
          <w:rFonts w:hint="eastAsia"/>
          <w:lang w:val="fr-FR"/>
        </w:rPr>
      </w:pPr>
      <w:r w:rsidRPr="00FE394D">
        <w:rPr>
          <w:lang w:val="fr-FR"/>
        </w:rPr>
        <w:t>____________________________________________________________________________________________________</w:t>
      </w:r>
    </w:p>
    <w:p w:rsidR="00AA56D0" w:rsidRPr="00FE394D" w:rsidRDefault="009F79DD">
      <w:pPr>
        <w:spacing w:after="20" w:line="240" w:lineRule="auto"/>
        <w:rPr>
          <w:rFonts w:hint="eastAsia"/>
          <w:lang w:val="fr-FR"/>
        </w:rPr>
      </w:pPr>
      <w:r w:rsidRPr="00FE394D">
        <w:rPr>
          <w:lang w:val="fr-FR"/>
        </w:rPr>
        <w:t>____________________________________________________________________________________________________</w:t>
      </w:r>
    </w:p>
    <w:p w:rsidR="00AA56D0" w:rsidRPr="00FE394D" w:rsidRDefault="009F79DD">
      <w:pPr>
        <w:spacing w:after="20" w:line="240" w:lineRule="auto"/>
        <w:rPr>
          <w:rFonts w:hint="eastAsia"/>
          <w:lang w:val="fr-FR"/>
        </w:rPr>
      </w:pPr>
      <w:r w:rsidRPr="00FE394D">
        <w:rPr>
          <w:lang w:val="fr-FR"/>
        </w:rPr>
        <w:t>____________________________________</w:t>
      </w:r>
      <w:r w:rsidRPr="00FE394D">
        <w:rPr>
          <w:lang w:val="fr-FR"/>
        </w:rPr>
        <w:t>________________________________________________________________</w:t>
      </w:r>
    </w:p>
    <w:p w:rsidR="00AA56D0" w:rsidRPr="00FE394D" w:rsidRDefault="009F79DD">
      <w:pPr>
        <w:spacing w:after="20" w:line="240" w:lineRule="auto"/>
        <w:rPr>
          <w:rFonts w:hint="eastAsia"/>
          <w:lang w:val="fr-FR"/>
        </w:rPr>
      </w:pPr>
      <w:r w:rsidRPr="00FE394D">
        <w:rPr>
          <w:lang w:val="fr-FR"/>
        </w:rPr>
        <w:t>____________________________________________________________________________________________________</w:t>
      </w:r>
    </w:p>
    <w:p w:rsidR="00AA56D0" w:rsidRPr="00FE394D" w:rsidRDefault="009F79DD">
      <w:pPr>
        <w:spacing w:after="20" w:line="240" w:lineRule="auto"/>
        <w:rPr>
          <w:rFonts w:hint="eastAsia"/>
          <w:lang w:val="fr-FR"/>
        </w:rPr>
      </w:pPr>
      <w:r w:rsidRPr="00FE394D">
        <w:rPr>
          <w:lang w:val="fr-FR"/>
        </w:rPr>
        <w:t>__________________________________________________________________________________________</w:t>
      </w:r>
      <w:r w:rsidRPr="00FE394D">
        <w:rPr>
          <w:lang w:val="fr-FR"/>
        </w:rPr>
        <w:t>__________</w:t>
      </w:r>
    </w:p>
    <w:p w:rsidR="00AA56D0" w:rsidRPr="00FE394D" w:rsidRDefault="009F79DD">
      <w:pPr>
        <w:pStyle w:val="Heading1"/>
        <w:rPr>
          <w:lang w:val="fr-FR"/>
        </w:rPr>
      </w:pPr>
      <w:r w:rsidRPr="00FE394D">
        <w:rPr>
          <w:lang w:val="fr-FR"/>
        </w:rPr>
        <w:t>H. PIÈCES À FOURNIR ET CONTRÔLE DU DOSSIER</w:t>
      </w:r>
    </w:p>
    <w:p w:rsidR="00AA56D0" w:rsidRPr="00FE394D" w:rsidRDefault="009F79DD">
      <w:pPr>
        <w:rPr>
          <w:rFonts w:hint="eastAsia"/>
          <w:lang w:val="fr-FR"/>
        </w:rPr>
      </w:pPr>
      <w:r w:rsidRPr="00FE394D">
        <w:rPr>
          <w:lang w:val="fr-FR"/>
        </w:rPr>
        <w:t>Le dossier de candidature doit être complet, lisible et déposé gratuitement. Les copies simples sont acceptées au dépôt. BRHOLIC pourra demander la présentation des originaux uniquement aux candidats pr</w:t>
      </w:r>
      <w:r w:rsidRPr="00FE394D">
        <w:rPr>
          <w:lang w:val="fr-FR"/>
        </w:rPr>
        <w:t>ésélectionnés.</w:t>
      </w:r>
    </w:p>
    <w:p w:rsidR="00AA56D0" w:rsidRPr="00FE394D" w:rsidRDefault="009F79DD">
      <w:pPr>
        <w:pStyle w:val="Heading2"/>
        <w:rPr>
          <w:lang w:val="fr-FR"/>
        </w:rPr>
      </w:pPr>
      <w:r w:rsidRPr="00FE394D">
        <w:rPr>
          <w:lang w:val="fr-FR"/>
        </w:rPr>
        <w:t>H.1. Pièces obligatoires à joindre au dossier</w:t>
      </w:r>
    </w:p>
    <w:p w:rsidR="00AA56D0" w:rsidRPr="00FE394D" w:rsidRDefault="009F79DD">
      <w:pPr>
        <w:rPr>
          <w:rFonts w:hint="eastAsia"/>
          <w:lang w:val="fr-FR"/>
        </w:rPr>
      </w:pPr>
      <w:r w:rsidRPr="00FE394D">
        <w:rPr>
          <w:lang w:val="fr-FR"/>
        </w:rPr>
        <w:t>☐</w:t>
      </w:r>
      <w:r w:rsidRPr="00FE394D">
        <w:rPr>
          <w:lang w:val="fr-FR"/>
        </w:rPr>
        <w:t xml:space="preserve"> 1. Fiche de candidature BRHOLIC dûment remplie, datée et signée.</w:t>
      </w:r>
    </w:p>
    <w:p w:rsidR="00AA56D0" w:rsidRPr="00FE394D" w:rsidRDefault="009F79DD">
      <w:pPr>
        <w:rPr>
          <w:rFonts w:hint="eastAsia"/>
          <w:lang w:val="fr-FR"/>
        </w:rPr>
      </w:pPr>
      <w:r w:rsidRPr="00FE394D">
        <w:rPr>
          <w:lang w:val="fr-FR"/>
        </w:rPr>
        <w:t>☐</w:t>
      </w:r>
      <w:r w:rsidRPr="00FE394D">
        <w:rPr>
          <w:lang w:val="fr-FR"/>
        </w:rPr>
        <w:t xml:space="preserve"> 2. Photocopie lisible de la Carte Nationale d’Identité (CNI) ou du récépissé de CNI en cours de validité.</w:t>
      </w:r>
    </w:p>
    <w:p w:rsidR="00AA56D0" w:rsidRPr="00FE394D" w:rsidRDefault="009F79DD">
      <w:pPr>
        <w:rPr>
          <w:rFonts w:hint="eastAsia"/>
          <w:lang w:val="fr-FR"/>
        </w:rPr>
      </w:pPr>
      <w:r w:rsidRPr="00FE394D">
        <w:rPr>
          <w:lang w:val="fr-FR"/>
        </w:rPr>
        <w:t>☐</w:t>
      </w:r>
      <w:r w:rsidRPr="00FE394D">
        <w:rPr>
          <w:lang w:val="fr-FR"/>
        </w:rPr>
        <w:t xml:space="preserve"> 3. Photocopie de </w:t>
      </w:r>
      <w:r w:rsidRPr="00FE394D">
        <w:rPr>
          <w:lang w:val="fr-FR"/>
        </w:rPr>
        <w:t>l’acte de naissance.</w:t>
      </w:r>
    </w:p>
    <w:p w:rsidR="00AA56D0" w:rsidRPr="00FE394D" w:rsidRDefault="009F79DD">
      <w:pPr>
        <w:rPr>
          <w:rFonts w:hint="eastAsia"/>
          <w:lang w:val="fr-FR"/>
        </w:rPr>
      </w:pPr>
      <w:r w:rsidRPr="00FE394D">
        <w:rPr>
          <w:lang w:val="fr-FR"/>
        </w:rPr>
        <w:t>☐</w:t>
      </w:r>
      <w:r w:rsidRPr="00FE394D">
        <w:rPr>
          <w:lang w:val="fr-FR"/>
        </w:rPr>
        <w:t xml:space="preserve"> 4. Une photo d’identité récente.</w:t>
      </w:r>
    </w:p>
    <w:p w:rsidR="00AA56D0" w:rsidRPr="00FE394D" w:rsidRDefault="009F79DD">
      <w:pPr>
        <w:rPr>
          <w:rFonts w:hint="eastAsia"/>
          <w:lang w:val="fr-FR"/>
        </w:rPr>
      </w:pPr>
      <w:r w:rsidRPr="00FE394D">
        <w:rPr>
          <w:lang w:val="fr-FR"/>
        </w:rPr>
        <w:t>☐</w:t>
      </w:r>
      <w:r w:rsidRPr="00FE394D">
        <w:rPr>
          <w:lang w:val="fr-FR"/>
        </w:rPr>
        <w:t xml:space="preserve"> 5. Plan détaillé de localisation du domicile du candidat, indiquant quartier, repères utiles et itinéraire permettant une visite de vérification si nécessaire.</w:t>
      </w:r>
    </w:p>
    <w:p w:rsidR="00AA56D0" w:rsidRPr="00FE394D" w:rsidRDefault="009F79DD">
      <w:pPr>
        <w:rPr>
          <w:rFonts w:hint="eastAsia"/>
          <w:lang w:val="fr-FR"/>
        </w:rPr>
      </w:pPr>
      <w:r w:rsidRPr="00FE394D">
        <w:rPr>
          <w:lang w:val="fr-FR"/>
        </w:rPr>
        <w:t>☐</w:t>
      </w:r>
      <w:r w:rsidRPr="00FE394D">
        <w:rPr>
          <w:lang w:val="fr-FR"/>
        </w:rPr>
        <w:t xml:space="preserve"> 6. Sur le plan de localisation : nom</w:t>
      </w:r>
      <w:r w:rsidRPr="00FE394D">
        <w:rPr>
          <w:lang w:val="fr-FR"/>
        </w:rPr>
        <w:t>s, liens avec le candidat et numéros de téléphone de deux personnes de référence pouvant être contactées en cas de besoin.</w:t>
      </w:r>
    </w:p>
    <w:p w:rsidR="00AA56D0" w:rsidRPr="00FE394D" w:rsidRDefault="009F79DD">
      <w:pPr>
        <w:rPr>
          <w:rFonts w:hint="eastAsia"/>
          <w:lang w:val="fr-FR"/>
        </w:rPr>
      </w:pPr>
      <w:r w:rsidRPr="00FE394D">
        <w:rPr>
          <w:lang w:val="fr-FR"/>
        </w:rPr>
        <w:t>☐</w:t>
      </w:r>
      <w:r w:rsidRPr="00FE394D">
        <w:rPr>
          <w:lang w:val="fr-FR"/>
        </w:rPr>
        <w:t xml:space="preserve"> 7. Copie du dernier diplôme, certificat scolaire, attestation de formation ou justificatif de niveau d’études disponible, lorsque l</w:t>
      </w:r>
      <w:r w:rsidRPr="00FE394D">
        <w:rPr>
          <w:lang w:val="fr-FR"/>
        </w:rPr>
        <w:t>e candidat en possède.</w:t>
      </w:r>
    </w:p>
    <w:p w:rsidR="00AA56D0" w:rsidRPr="00FE394D" w:rsidRDefault="009F79DD">
      <w:pPr>
        <w:rPr>
          <w:rFonts w:hint="eastAsia"/>
          <w:lang w:val="fr-FR"/>
        </w:rPr>
      </w:pPr>
      <w:r w:rsidRPr="00FE394D">
        <w:rPr>
          <w:lang w:val="fr-FR"/>
        </w:rPr>
        <w:t>☐</w:t>
      </w:r>
      <w:r w:rsidRPr="00FE394D">
        <w:rPr>
          <w:lang w:val="fr-FR"/>
        </w:rPr>
        <w:t xml:space="preserve"> 8. Courte lettre ou déclaration de motivation (une page maximum) précisant la formation souhaitée, le projet professionnel et la manière dont cette formation pourrait améliorer la situation économique du candidat.</w:t>
      </w:r>
    </w:p>
    <w:p w:rsidR="00AA56D0" w:rsidRPr="00FE394D" w:rsidRDefault="009F79DD">
      <w:pPr>
        <w:pStyle w:val="Heading2"/>
        <w:rPr>
          <w:lang w:val="fr-FR"/>
        </w:rPr>
      </w:pPr>
      <w:r w:rsidRPr="00FE394D">
        <w:rPr>
          <w:lang w:val="fr-FR"/>
        </w:rPr>
        <w:t>H.2. Pièces compl</w:t>
      </w:r>
      <w:r w:rsidRPr="00FE394D">
        <w:rPr>
          <w:lang w:val="fr-FR"/>
        </w:rPr>
        <w:t>émentaires selon la situation du candidat</w:t>
      </w:r>
    </w:p>
    <w:p w:rsidR="00AA56D0" w:rsidRPr="00FE394D" w:rsidRDefault="009F79DD">
      <w:pPr>
        <w:rPr>
          <w:rFonts w:hint="eastAsia"/>
          <w:lang w:val="fr-FR"/>
        </w:rPr>
      </w:pPr>
      <w:r w:rsidRPr="00FE394D">
        <w:rPr>
          <w:lang w:val="fr-FR"/>
        </w:rPr>
        <w:t>Lorsque cela est applicable et disponible, le candidat peut joindre une ou plusieurs des pièces suivantes. Leur absence n’entraîne pas automatiquement le rejet du dossier :</w:t>
      </w:r>
    </w:p>
    <w:p w:rsidR="00AA56D0" w:rsidRPr="00FE394D" w:rsidRDefault="009F79DD">
      <w:pPr>
        <w:rPr>
          <w:rFonts w:hint="eastAsia"/>
          <w:lang w:val="fr-FR"/>
        </w:rPr>
      </w:pPr>
      <w:r w:rsidRPr="00FE394D">
        <w:rPr>
          <w:lang w:val="fr-FR"/>
        </w:rPr>
        <w:t>☐</w:t>
      </w:r>
      <w:r w:rsidRPr="00FE394D">
        <w:rPr>
          <w:lang w:val="fr-FR"/>
        </w:rPr>
        <w:t xml:space="preserve"> Attestation ou document disponible rela</w:t>
      </w:r>
      <w:r w:rsidRPr="00FE394D">
        <w:rPr>
          <w:lang w:val="fr-FR"/>
        </w:rPr>
        <w:t>tif au statut de personne déplacée interne.</w:t>
      </w:r>
    </w:p>
    <w:p w:rsidR="00AA56D0" w:rsidRPr="00FE394D" w:rsidRDefault="009F79DD">
      <w:pPr>
        <w:rPr>
          <w:rFonts w:hint="eastAsia"/>
          <w:lang w:val="fr-FR"/>
        </w:rPr>
      </w:pPr>
      <w:r w:rsidRPr="00FE394D">
        <w:rPr>
          <w:lang w:val="fr-FR"/>
        </w:rPr>
        <w:lastRenderedPageBreak/>
        <w:t>☐</w:t>
      </w:r>
      <w:r w:rsidRPr="00FE394D">
        <w:rPr>
          <w:lang w:val="fr-FR"/>
        </w:rPr>
        <w:t xml:space="preserve"> Document justifiant une situation de handicap ou de dépendance dans le ménage, lorsque pertinent.</w:t>
      </w:r>
    </w:p>
    <w:p w:rsidR="00AA56D0" w:rsidRPr="00FE394D" w:rsidRDefault="009F79DD">
      <w:pPr>
        <w:rPr>
          <w:rFonts w:hint="eastAsia"/>
          <w:lang w:val="fr-FR"/>
        </w:rPr>
      </w:pPr>
      <w:r w:rsidRPr="00FE394D">
        <w:rPr>
          <w:lang w:val="fr-FR"/>
        </w:rPr>
        <w:t>☐</w:t>
      </w:r>
      <w:r w:rsidRPr="00FE394D">
        <w:rPr>
          <w:lang w:val="fr-FR"/>
        </w:rPr>
        <w:t xml:space="preserve"> Acte/certificat de décès du conjoint pour les veuves ou veufs, lorsque disponible.</w:t>
      </w:r>
    </w:p>
    <w:p w:rsidR="00AA56D0" w:rsidRPr="00FE394D" w:rsidRDefault="009F79DD">
      <w:pPr>
        <w:rPr>
          <w:rFonts w:hint="eastAsia"/>
          <w:lang w:val="fr-FR"/>
        </w:rPr>
      </w:pPr>
      <w:r w:rsidRPr="00FE394D">
        <w:rPr>
          <w:lang w:val="fr-FR"/>
        </w:rPr>
        <w:t>☐</w:t>
      </w:r>
      <w:r w:rsidRPr="00FE394D">
        <w:rPr>
          <w:lang w:val="fr-FR"/>
        </w:rPr>
        <w:t xml:space="preserve"> Attestation de chômage, c</w:t>
      </w:r>
      <w:r w:rsidRPr="00FE394D">
        <w:rPr>
          <w:lang w:val="fr-FR"/>
        </w:rPr>
        <w:t>arte de demandeur d’emploi ou document similaire, s’il existe.</w:t>
      </w:r>
    </w:p>
    <w:p w:rsidR="00AA56D0" w:rsidRPr="00FE394D" w:rsidRDefault="009F79DD">
      <w:pPr>
        <w:rPr>
          <w:rFonts w:hint="eastAsia"/>
          <w:lang w:val="fr-FR"/>
        </w:rPr>
      </w:pPr>
      <w:r w:rsidRPr="00FE394D">
        <w:rPr>
          <w:lang w:val="fr-FR"/>
        </w:rPr>
        <w:t>☐</w:t>
      </w:r>
      <w:r w:rsidRPr="00FE394D">
        <w:rPr>
          <w:lang w:val="fr-FR"/>
        </w:rPr>
        <w:t xml:space="preserve"> Justificatif d’interruption d’études ou de formation pour raisons financières, lorsqu’il existe.</w:t>
      </w:r>
    </w:p>
    <w:p w:rsidR="00AA56D0" w:rsidRPr="00FE394D" w:rsidRDefault="009F79DD">
      <w:pPr>
        <w:rPr>
          <w:rFonts w:hint="eastAsia"/>
          <w:lang w:val="fr-FR"/>
        </w:rPr>
      </w:pPr>
      <w:r w:rsidRPr="00FE394D">
        <w:rPr>
          <w:lang w:val="fr-FR"/>
        </w:rPr>
        <w:t>☐</w:t>
      </w:r>
      <w:r w:rsidRPr="00FE394D">
        <w:rPr>
          <w:lang w:val="fr-FR"/>
        </w:rPr>
        <w:t xml:space="preserve"> Attestation ou recommandation d’un service social, responsable communautaire, association ou</w:t>
      </w:r>
      <w:r w:rsidRPr="00FE394D">
        <w:rPr>
          <w:lang w:val="fr-FR"/>
        </w:rPr>
        <w:t xml:space="preserve"> autre structure connaissant effectivement la situation du candidat.</w:t>
      </w:r>
    </w:p>
    <w:p w:rsidR="00AA56D0" w:rsidRPr="00FE394D" w:rsidRDefault="009F79DD">
      <w:pPr>
        <w:rPr>
          <w:rFonts w:hint="eastAsia"/>
          <w:lang w:val="fr-FR"/>
        </w:rPr>
      </w:pPr>
      <w:r w:rsidRPr="00FE394D">
        <w:rPr>
          <w:lang w:val="fr-FR"/>
        </w:rPr>
        <w:t>☐</w:t>
      </w:r>
      <w:r w:rsidRPr="00FE394D">
        <w:rPr>
          <w:lang w:val="fr-FR"/>
        </w:rPr>
        <w:t xml:space="preserve"> Toute autre pièce pertinente permettant de documenter une situation particulière de vulnérabilité sociale ou économique.</w:t>
      </w:r>
    </w:p>
    <w:p w:rsidR="00AA56D0" w:rsidRPr="00FE394D" w:rsidRDefault="009F79DD">
      <w:pPr>
        <w:rPr>
          <w:rFonts w:hint="eastAsia"/>
          <w:lang w:val="fr-FR"/>
        </w:rPr>
      </w:pPr>
      <w:r w:rsidRPr="00FE394D">
        <w:rPr>
          <w:b/>
          <w:lang w:val="fr-FR"/>
        </w:rPr>
        <w:t>Important : BRHOLIC peut compléter l’analyse du dossier par un e</w:t>
      </w:r>
      <w:r w:rsidRPr="00FE394D">
        <w:rPr>
          <w:b/>
          <w:lang w:val="fr-FR"/>
        </w:rPr>
        <w:t>ntretien ou une visite sociale. L’association s’engage à vérifier la vulnérabilité avec respect, confidentialité et sans porter atteinte à la dignité du candidat.</w:t>
      </w:r>
    </w:p>
    <w:p w:rsidR="00AA56D0" w:rsidRPr="00FE394D" w:rsidRDefault="009F79DD">
      <w:pPr>
        <w:pStyle w:val="Heading2"/>
        <w:rPr>
          <w:lang w:val="fr-FR"/>
        </w:rPr>
      </w:pPr>
      <w:r w:rsidRPr="00FE394D">
        <w:rPr>
          <w:lang w:val="fr-FR"/>
        </w:rPr>
        <w:t>H.3. Pièces et vérifications après présélection</w:t>
      </w:r>
    </w:p>
    <w:p w:rsidR="00AA56D0" w:rsidRPr="00FE394D" w:rsidRDefault="009F79DD">
      <w:pPr>
        <w:rPr>
          <w:rFonts w:hint="eastAsia"/>
          <w:lang w:val="fr-FR"/>
        </w:rPr>
      </w:pPr>
      <w:r w:rsidRPr="00FE394D">
        <w:rPr>
          <w:lang w:val="fr-FR"/>
        </w:rPr>
        <w:t>☐</w:t>
      </w:r>
      <w:r w:rsidRPr="00FE394D">
        <w:rPr>
          <w:lang w:val="fr-FR"/>
        </w:rPr>
        <w:t xml:space="preserve"> Présentation de l’original de la CNI ou du </w:t>
      </w:r>
      <w:r w:rsidRPr="00FE394D">
        <w:rPr>
          <w:lang w:val="fr-FR"/>
        </w:rPr>
        <w:t>récépissé pour vérification.</w:t>
      </w:r>
    </w:p>
    <w:p w:rsidR="00AA56D0" w:rsidRPr="00FE394D" w:rsidRDefault="009F79DD">
      <w:pPr>
        <w:rPr>
          <w:rFonts w:hint="eastAsia"/>
          <w:lang w:val="fr-FR"/>
        </w:rPr>
      </w:pPr>
      <w:r w:rsidRPr="00FE394D">
        <w:rPr>
          <w:lang w:val="fr-FR"/>
        </w:rPr>
        <w:t>☐</w:t>
      </w:r>
      <w:r w:rsidRPr="00FE394D">
        <w:rPr>
          <w:lang w:val="fr-FR"/>
        </w:rPr>
        <w:t xml:space="preserve"> Présentation de l’original de l’acte de naissance, si demandé.</w:t>
      </w:r>
    </w:p>
    <w:p w:rsidR="00AA56D0" w:rsidRPr="00FE394D" w:rsidRDefault="009F79DD">
      <w:pPr>
        <w:rPr>
          <w:rFonts w:hint="eastAsia"/>
          <w:lang w:val="fr-FR"/>
        </w:rPr>
      </w:pPr>
      <w:r w:rsidRPr="00FE394D">
        <w:rPr>
          <w:lang w:val="fr-FR"/>
        </w:rPr>
        <w:t>☐</w:t>
      </w:r>
      <w:r w:rsidRPr="00FE394D">
        <w:rPr>
          <w:lang w:val="fr-FR"/>
        </w:rPr>
        <w:t xml:space="preserve"> Entretien individuel avec le Comité BRHOLIC.</w:t>
      </w:r>
    </w:p>
    <w:p w:rsidR="00AA56D0" w:rsidRPr="00FE394D" w:rsidRDefault="009F79DD">
      <w:pPr>
        <w:rPr>
          <w:rFonts w:hint="eastAsia"/>
          <w:lang w:val="fr-FR"/>
        </w:rPr>
      </w:pPr>
      <w:r w:rsidRPr="00FE394D">
        <w:rPr>
          <w:lang w:val="fr-FR"/>
        </w:rPr>
        <w:t>☐</w:t>
      </w:r>
      <w:r w:rsidRPr="00FE394D">
        <w:rPr>
          <w:lang w:val="fr-FR"/>
        </w:rPr>
        <w:t xml:space="preserve"> Vérification du lieu de résidence lorsque nécessaire.</w:t>
      </w:r>
    </w:p>
    <w:p w:rsidR="00AA56D0" w:rsidRPr="00FE394D" w:rsidRDefault="009F79DD">
      <w:pPr>
        <w:rPr>
          <w:rFonts w:hint="eastAsia"/>
          <w:lang w:val="fr-FR"/>
        </w:rPr>
      </w:pPr>
      <w:r w:rsidRPr="00FE394D">
        <w:rPr>
          <w:lang w:val="fr-FR"/>
        </w:rPr>
        <w:t>☐</w:t>
      </w:r>
      <w:r w:rsidRPr="00FE394D">
        <w:rPr>
          <w:lang w:val="fr-FR"/>
        </w:rPr>
        <w:t xml:space="preserve"> Engagement écrit à prendre en charge les 60 % restants de</w:t>
      </w:r>
      <w:r w:rsidRPr="00FE394D">
        <w:rPr>
          <w:lang w:val="fr-FR"/>
        </w:rPr>
        <w:t>s frais de formation selon les modalités de la structure partenaire.</w:t>
      </w:r>
    </w:p>
    <w:p w:rsidR="00AA56D0" w:rsidRPr="00FE394D" w:rsidRDefault="009F79DD">
      <w:pPr>
        <w:rPr>
          <w:rFonts w:hint="eastAsia"/>
          <w:lang w:val="fr-FR"/>
        </w:rPr>
      </w:pPr>
      <w:r w:rsidRPr="00FE394D">
        <w:rPr>
          <w:lang w:val="fr-FR"/>
        </w:rPr>
        <w:t>☐</w:t>
      </w:r>
      <w:r w:rsidRPr="00FE394D">
        <w:rPr>
          <w:lang w:val="fr-FR"/>
        </w:rPr>
        <w:t xml:space="preserve"> Engagement d’assiduité et de respect du règlement de la structure partenaire.</w:t>
      </w:r>
    </w:p>
    <w:p w:rsidR="00AA56D0" w:rsidRPr="00FE394D" w:rsidRDefault="009F79DD">
      <w:pPr>
        <w:rPr>
          <w:rFonts w:hint="eastAsia"/>
          <w:lang w:val="fr-FR"/>
        </w:rPr>
      </w:pPr>
      <w:r w:rsidRPr="00FE394D">
        <w:rPr>
          <w:lang w:val="fr-FR"/>
        </w:rPr>
        <w:t>☐</w:t>
      </w:r>
      <w:r w:rsidRPr="00FE394D">
        <w:rPr>
          <w:lang w:val="fr-FR"/>
        </w:rPr>
        <w:t xml:space="preserve"> Consentement au suivi du parcours de formation et de l’insertion professionnelle par BRHOLIC.</w:t>
      </w:r>
    </w:p>
    <w:p w:rsidR="00AA56D0" w:rsidRPr="00FE394D" w:rsidRDefault="009F79DD">
      <w:pPr>
        <w:rPr>
          <w:rFonts w:hint="eastAsia"/>
          <w:lang w:val="fr-FR"/>
        </w:rPr>
      </w:pPr>
      <w:r w:rsidRPr="00FE394D">
        <w:rPr>
          <w:lang w:val="fr-FR"/>
        </w:rPr>
        <w:t>☐</w:t>
      </w:r>
      <w:r w:rsidRPr="00FE394D">
        <w:rPr>
          <w:lang w:val="fr-FR"/>
        </w:rPr>
        <w:t xml:space="preserve"> Consentem</w:t>
      </w:r>
      <w:r w:rsidRPr="00FE394D">
        <w:rPr>
          <w:lang w:val="fr-FR"/>
        </w:rPr>
        <w:t>ent relatif à la collecte et à la protection des données personnelles nécessaires au programme.</w:t>
      </w:r>
    </w:p>
    <w:p w:rsidR="00AA56D0" w:rsidRPr="00FE394D" w:rsidRDefault="009F79DD">
      <w:pPr>
        <w:pStyle w:val="Heading2"/>
        <w:rPr>
          <w:lang w:val="fr-FR"/>
        </w:rPr>
      </w:pPr>
      <w:r w:rsidRPr="00FE394D">
        <w:rPr>
          <w:lang w:val="fr-FR"/>
        </w:rPr>
        <w:t>H.4. Check-list de réception du dossier – Réservée au secrétariat BRHOLIC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6520"/>
        <w:gridCol w:w="5328"/>
      </w:tblGrid>
      <w:tr w:rsidR="00AA56D0">
        <w:tc>
          <w:tcPr>
            <w:tcW w:w="5328" w:type="dxa"/>
            <w:vAlign w:val="center"/>
          </w:tcPr>
          <w:p w:rsidR="00AA56D0" w:rsidRDefault="009F79DD">
            <w:pPr>
              <w:jc w:val="center"/>
              <w:rPr>
                <w:rFonts w:hint="eastAsia"/>
              </w:rPr>
            </w:pPr>
            <w:proofErr w:type="spellStart"/>
            <w:r>
              <w:rPr>
                <w:b/>
              </w:rPr>
              <w:t>Élément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vérifié</w:t>
            </w:r>
            <w:proofErr w:type="spellEnd"/>
          </w:p>
        </w:tc>
        <w:tc>
          <w:tcPr>
            <w:tcW w:w="5328" w:type="dxa"/>
            <w:vAlign w:val="center"/>
          </w:tcPr>
          <w:p w:rsidR="00AA56D0" w:rsidRDefault="009F79DD">
            <w:pPr>
              <w:jc w:val="center"/>
              <w:rPr>
                <w:rFonts w:hint="eastAsia"/>
              </w:rPr>
            </w:pPr>
            <w:r>
              <w:rPr>
                <w:b/>
              </w:rPr>
              <w:t>Statut</w:t>
            </w:r>
          </w:p>
        </w:tc>
      </w:tr>
      <w:tr w:rsidR="00AA56D0">
        <w:tc>
          <w:tcPr>
            <w:tcW w:w="6520" w:type="dxa"/>
            <w:vAlign w:val="center"/>
          </w:tcPr>
          <w:p w:rsidR="00AA56D0" w:rsidRDefault="009F79DD">
            <w:pPr>
              <w:spacing w:after="0"/>
              <w:rPr>
                <w:rFonts w:hint="eastAsia"/>
              </w:rPr>
            </w:pPr>
            <w:r>
              <w:t>Fiche signée</w:t>
            </w:r>
          </w:p>
        </w:tc>
        <w:tc>
          <w:tcPr>
            <w:tcW w:w="2835" w:type="dxa"/>
            <w:vAlign w:val="center"/>
          </w:tcPr>
          <w:p w:rsidR="00AA56D0" w:rsidRDefault="009F79DD">
            <w:pPr>
              <w:spacing w:after="0"/>
              <w:rPr>
                <w:rFonts w:hint="eastAsia"/>
              </w:rPr>
            </w:pPr>
            <w:r>
              <w:t>☐</w:t>
            </w:r>
            <w:r>
              <w:t xml:space="preserve"> Oui  ☐ Non</w:t>
            </w:r>
          </w:p>
        </w:tc>
      </w:tr>
      <w:tr w:rsidR="00AA56D0">
        <w:tc>
          <w:tcPr>
            <w:tcW w:w="6520" w:type="dxa"/>
            <w:vAlign w:val="center"/>
          </w:tcPr>
          <w:p w:rsidR="00AA56D0" w:rsidRDefault="009F79DD">
            <w:pPr>
              <w:spacing w:after="0"/>
              <w:rPr>
                <w:rFonts w:hint="eastAsia"/>
              </w:rPr>
            </w:pPr>
            <w:r>
              <w:t>CNI / récépissé</w:t>
            </w:r>
          </w:p>
        </w:tc>
        <w:tc>
          <w:tcPr>
            <w:tcW w:w="2835" w:type="dxa"/>
            <w:vAlign w:val="center"/>
          </w:tcPr>
          <w:p w:rsidR="00AA56D0" w:rsidRDefault="009F79DD">
            <w:pPr>
              <w:spacing w:after="0"/>
              <w:rPr>
                <w:rFonts w:hint="eastAsia"/>
              </w:rPr>
            </w:pPr>
            <w:r>
              <w:t>☐</w:t>
            </w:r>
            <w:r>
              <w:t xml:space="preserve"> Oui  ☐ Non</w:t>
            </w:r>
          </w:p>
        </w:tc>
      </w:tr>
      <w:tr w:rsidR="00AA56D0">
        <w:tc>
          <w:tcPr>
            <w:tcW w:w="6520" w:type="dxa"/>
            <w:vAlign w:val="center"/>
          </w:tcPr>
          <w:p w:rsidR="00AA56D0" w:rsidRDefault="009F79DD">
            <w:pPr>
              <w:spacing w:after="0"/>
              <w:rPr>
                <w:rFonts w:hint="eastAsia"/>
              </w:rPr>
            </w:pPr>
            <w:r>
              <w:t xml:space="preserve">Acte </w:t>
            </w:r>
            <w:r>
              <w:t>de naissance</w:t>
            </w:r>
          </w:p>
        </w:tc>
        <w:tc>
          <w:tcPr>
            <w:tcW w:w="2835" w:type="dxa"/>
            <w:vAlign w:val="center"/>
          </w:tcPr>
          <w:p w:rsidR="00AA56D0" w:rsidRDefault="009F79DD">
            <w:pPr>
              <w:spacing w:after="0"/>
              <w:rPr>
                <w:rFonts w:hint="eastAsia"/>
              </w:rPr>
            </w:pPr>
            <w:r>
              <w:t>☐</w:t>
            </w:r>
            <w:r>
              <w:t xml:space="preserve"> Oui  ☐ Non</w:t>
            </w:r>
          </w:p>
        </w:tc>
      </w:tr>
      <w:tr w:rsidR="00AA56D0">
        <w:tc>
          <w:tcPr>
            <w:tcW w:w="6520" w:type="dxa"/>
            <w:vAlign w:val="center"/>
          </w:tcPr>
          <w:p w:rsidR="00AA56D0" w:rsidRDefault="009F79DD">
            <w:pPr>
              <w:spacing w:after="0"/>
              <w:rPr>
                <w:rFonts w:hint="eastAsia"/>
              </w:rPr>
            </w:pPr>
            <w:r>
              <w:t>Photo d’identité</w:t>
            </w:r>
          </w:p>
        </w:tc>
        <w:tc>
          <w:tcPr>
            <w:tcW w:w="2835" w:type="dxa"/>
            <w:vAlign w:val="center"/>
          </w:tcPr>
          <w:p w:rsidR="00AA56D0" w:rsidRDefault="009F79DD">
            <w:pPr>
              <w:spacing w:after="0"/>
              <w:rPr>
                <w:rFonts w:hint="eastAsia"/>
              </w:rPr>
            </w:pPr>
            <w:r>
              <w:t>☐</w:t>
            </w:r>
            <w:r>
              <w:t xml:space="preserve"> Oui  ☐ Non</w:t>
            </w:r>
          </w:p>
        </w:tc>
      </w:tr>
      <w:tr w:rsidR="00AA56D0">
        <w:tc>
          <w:tcPr>
            <w:tcW w:w="6520" w:type="dxa"/>
            <w:vAlign w:val="center"/>
          </w:tcPr>
          <w:p w:rsidR="00AA56D0" w:rsidRDefault="009F79DD">
            <w:pPr>
              <w:spacing w:after="0"/>
              <w:rPr>
                <w:rFonts w:hint="eastAsia"/>
              </w:rPr>
            </w:pPr>
            <w:r>
              <w:t>Plan de localisation</w:t>
            </w:r>
          </w:p>
        </w:tc>
        <w:tc>
          <w:tcPr>
            <w:tcW w:w="2835" w:type="dxa"/>
            <w:vAlign w:val="center"/>
          </w:tcPr>
          <w:p w:rsidR="00AA56D0" w:rsidRDefault="009F79DD">
            <w:pPr>
              <w:spacing w:after="0"/>
              <w:rPr>
                <w:rFonts w:hint="eastAsia"/>
              </w:rPr>
            </w:pPr>
            <w:r>
              <w:t>☐</w:t>
            </w:r>
            <w:r>
              <w:t xml:space="preserve"> Oui  ☐ Non</w:t>
            </w:r>
          </w:p>
        </w:tc>
      </w:tr>
      <w:tr w:rsidR="00AA56D0">
        <w:tc>
          <w:tcPr>
            <w:tcW w:w="6520" w:type="dxa"/>
            <w:vAlign w:val="center"/>
          </w:tcPr>
          <w:p w:rsidR="00AA56D0" w:rsidRPr="00FE394D" w:rsidRDefault="009F79DD">
            <w:pPr>
              <w:spacing w:after="0"/>
              <w:rPr>
                <w:rFonts w:hint="eastAsia"/>
                <w:lang w:val="fr-FR"/>
              </w:rPr>
            </w:pPr>
            <w:r w:rsidRPr="00FE394D">
              <w:rPr>
                <w:lang w:val="fr-FR"/>
              </w:rPr>
              <w:t>Deux contacts de référence sur le plan</w:t>
            </w:r>
          </w:p>
        </w:tc>
        <w:tc>
          <w:tcPr>
            <w:tcW w:w="2835" w:type="dxa"/>
            <w:vAlign w:val="center"/>
          </w:tcPr>
          <w:p w:rsidR="00AA56D0" w:rsidRDefault="009F79DD">
            <w:pPr>
              <w:spacing w:after="0"/>
              <w:rPr>
                <w:rFonts w:hint="eastAsia"/>
              </w:rPr>
            </w:pPr>
            <w:r>
              <w:t>☐</w:t>
            </w:r>
            <w:r>
              <w:t xml:space="preserve"> </w:t>
            </w:r>
            <w:proofErr w:type="spellStart"/>
            <w:r>
              <w:t>Oui</w:t>
            </w:r>
            <w:proofErr w:type="spellEnd"/>
            <w:r>
              <w:t xml:space="preserve">  ☐ Non</w:t>
            </w:r>
          </w:p>
        </w:tc>
      </w:tr>
      <w:tr w:rsidR="00AA56D0">
        <w:tc>
          <w:tcPr>
            <w:tcW w:w="6520" w:type="dxa"/>
            <w:vAlign w:val="center"/>
          </w:tcPr>
          <w:p w:rsidR="00AA56D0" w:rsidRDefault="009F79DD">
            <w:pPr>
              <w:spacing w:after="0"/>
              <w:rPr>
                <w:rFonts w:hint="eastAsia"/>
              </w:rPr>
            </w:pPr>
            <w:r>
              <w:t>Diplôme / attestation si disponible</w:t>
            </w:r>
          </w:p>
        </w:tc>
        <w:tc>
          <w:tcPr>
            <w:tcW w:w="2835" w:type="dxa"/>
            <w:vAlign w:val="center"/>
          </w:tcPr>
          <w:p w:rsidR="00AA56D0" w:rsidRDefault="009F79DD">
            <w:pPr>
              <w:spacing w:after="0"/>
              <w:rPr>
                <w:rFonts w:hint="eastAsia"/>
              </w:rPr>
            </w:pPr>
            <w:r>
              <w:t>☐</w:t>
            </w:r>
            <w:r>
              <w:t xml:space="preserve"> Oui  ☐ N/A</w:t>
            </w:r>
          </w:p>
        </w:tc>
      </w:tr>
      <w:tr w:rsidR="00AA56D0">
        <w:tc>
          <w:tcPr>
            <w:tcW w:w="6520" w:type="dxa"/>
            <w:vAlign w:val="center"/>
          </w:tcPr>
          <w:p w:rsidR="00AA56D0" w:rsidRDefault="009F79DD">
            <w:pPr>
              <w:spacing w:after="0"/>
              <w:rPr>
                <w:rFonts w:hint="eastAsia"/>
              </w:rPr>
            </w:pPr>
            <w:r>
              <w:t>Lettre de motivation</w:t>
            </w:r>
          </w:p>
        </w:tc>
        <w:tc>
          <w:tcPr>
            <w:tcW w:w="2835" w:type="dxa"/>
            <w:vAlign w:val="center"/>
          </w:tcPr>
          <w:p w:rsidR="00AA56D0" w:rsidRDefault="009F79DD">
            <w:pPr>
              <w:spacing w:after="0"/>
              <w:rPr>
                <w:rFonts w:hint="eastAsia"/>
              </w:rPr>
            </w:pPr>
            <w:r>
              <w:t>☐</w:t>
            </w:r>
            <w:r>
              <w:t xml:space="preserve"> Oui  ☐ Non</w:t>
            </w:r>
          </w:p>
        </w:tc>
      </w:tr>
      <w:tr w:rsidR="00AA56D0">
        <w:tc>
          <w:tcPr>
            <w:tcW w:w="6520" w:type="dxa"/>
            <w:vAlign w:val="center"/>
          </w:tcPr>
          <w:p w:rsidR="00AA56D0" w:rsidRDefault="009F79DD">
            <w:pPr>
              <w:spacing w:after="0"/>
              <w:rPr>
                <w:rFonts w:hint="eastAsia"/>
              </w:rPr>
            </w:pPr>
            <w:r>
              <w:t>Pièces complémentaires de</w:t>
            </w:r>
            <w:r>
              <w:t xml:space="preserve"> vulnérabilité</w:t>
            </w:r>
          </w:p>
        </w:tc>
        <w:tc>
          <w:tcPr>
            <w:tcW w:w="2835" w:type="dxa"/>
            <w:vAlign w:val="center"/>
          </w:tcPr>
          <w:p w:rsidR="00AA56D0" w:rsidRDefault="009F79DD">
            <w:pPr>
              <w:spacing w:after="0"/>
              <w:rPr>
                <w:rFonts w:hint="eastAsia"/>
              </w:rPr>
            </w:pPr>
            <w:r>
              <w:t>☐</w:t>
            </w:r>
            <w:r>
              <w:t xml:space="preserve"> Oui  ☐ N/A</w:t>
            </w:r>
          </w:p>
        </w:tc>
      </w:tr>
    </w:tbl>
    <w:p w:rsidR="00AA56D0" w:rsidRPr="00FE394D" w:rsidRDefault="009F79DD">
      <w:pPr>
        <w:spacing w:before="80" w:after="160"/>
        <w:rPr>
          <w:rFonts w:hint="eastAsia"/>
          <w:lang w:val="fr-FR"/>
        </w:rPr>
      </w:pPr>
      <w:r w:rsidRPr="00FE394D">
        <w:rPr>
          <w:lang w:val="fr-FR"/>
        </w:rPr>
        <w:t>Dossier reçu le : ____ / ____ / 2026     Par : _________________________________     Signature : ____________________</w:t>
      </w:r>
    </w:p>
    <w:p w:rsidR="00AA56D0" w:rsidRPr="00FE394D" w:rsidRDefault="009F79DD">
      <w:pPr>
        <w:rPr>
          <w:rFonts w:hint="eastAsia"/>
          <w:lang w:val="fr-FR"/>
        </w:rPr>
      </w:pPr>
      <w:r w:rsidRPr="00FE394D">
        <w:rPr>
          <w:b/>
          <w:lang w:val="fr-FR"/>
        </w:rPr>
        <w:t xml:space="preserve">Rappel : la candidature et l’étude du dossier sont entièrement gratuites. Aucun paiement ne doit être </w:t>
      </w:r>
      <w:r w:rsidRPr="00FE394D">
        <w:rPr>
          <w:b/>
          <w:lang w:val="fr-FR"/>
        </w:rPr>
        <w:t>effectué à un membre, responsable ou partenaire de BRHOLIC pour être sélectionné.</w:t>
      </w:r>
    </w:p>
    <w:p w:rsidR="00AA56D0" w:rsidRPr="00FE394D" w:rsidRDefault="009F79DD">
      <w:pPr>
        <w:pStyle w:val="Heading1"/>
        <w:spacing w:before="160" w:after="100"/>
        <w:rPr>
          <w:lang w:val="fr-FR"/>
        </w:rPr>
      </w:pPr>
      <w:r w:rsidRPr="00FE394D">
        <w:rPr>
          <w:lang w:val="fr-FR"/>
        </w:rPr>
        <w:t>I. DÉCLARATION ET ENGAGEMENT DU CANDIDAT</w:t>
      </w:r>
    </w:p>
    <w:p w:rsidR="00AA56D0" w:rsidRPr="00FE394D" w:rsidRDefault="009F79DD">
      <w:pPr>
        <w:rPr>
          <w:rFonts w:hint="eastAsia"/>
          <w:lang w:val="fr-FR"/>
        </w:rPr>
      </w:pPr>
      <w:r w:rsidRPr="00FE394D">
        <w:rPr>
          <w:b/>
          <w:lang w:val="fr-FR"/>
        </w:rPr>
        <w:t xml:space="preserve">Je soussigné(e), </w:t>
      </w:r>
      <w:r w:rsidRPr="00FE394D">
        <w:rPr>
          <w:lang w:val="fr-FR"/>
        </w:rPr>
        <w:t>__________________________________________________, certifie que les informations fournies dans cette fiche sont sin</w:t>
      </w:r>
      <w:r w:rsidRPr="00FE394D">
        <w:rPr>
          <w:lang w:val="fr-FR"/>
        </w:rPr>
        <w:t>cères et exactes à ma connaissance.</w:t>
      </w:r>
    </w:p>
    <w:p w:rsidR="00AA56D0" w:rsidRPr="00FE394D" w:rsidRDefault="009F79DD">
      <w:pPr>
        <w:spacing w:after="20"/>
        <w:ind w:left="216"/>
        <w:rPr>
          <w:rFonts w:hint="eastAsia"/>
          <w:lang w:val="fr-FR"/>
        </w:rPr>
      </w:pPr>
      <w:r w:rsidRPr="00FE394D">
        <w:rPr>
          <w:lang w:val="fr-FR"/>
        </w:rPr>
        <w:t>• La candidature au programme est entièrement gratuite ;</w:t>
      </w:r>
    </w:p>
    <w:p w:rsidR="00AA56D0" w:rsidRPr="00FE394D" w:rsidRDefault="009F79DD">
      <w:pPr>
        <w:spacing w:after="20"/>
        <w:ind w:left="216"/>
        <w:rPr>
          <w:rFonts w:hint="eastAsia"/>
          <w:lang w:val="fr-FR"/>
        </w:rPr>
      </w:pPr>
      <w:r w:rsidRPr="00FE394D">
        <w:rPr>
          <w:lang w:val="fr-FR"/>
        </w:rPr>
        <w:t>• La sélection n’est pas automatique ;</w:t>
      </w:r>
    </w:p>
    <w:p w:rsidR="00AA56D0" w:rsidRPr="00FE394D" w:rsidRDefault="009F79DD">
      <w:pPr>
        <w:spacing w:after="20"/>
        <w:ind w:left="216"/>
        <w:rPr>
          <w:rFonts w:hint="eastAsia"/>
          <w:lang w:val="fr-FR"/>
        </w:rPr>
      </w:pPr>
      <w:r w:rsidRPr="00FE394D">
        <w:rPr>
          <w:lang w:val="fr-FR"/>
        </w:rPr>
        <w:t>• BRHOLIC prend en charge 40 % des frais de formation si ma candidature est retenue ;</w:t>
      </w:r>
    </w:p>
    <w:p w:rsidR="00AA56D0" w:rsidRPr="00FE394D" w:rsidRDefault="009F79DD">
      <w:pPr>
        <w:spacing w:after="20"/>
        <w:ind w:left="216"/>
        <w:rPr>
          <w:rFonts w:hint="eastAsia"/>
          <w:lang w:val="fr-FR"/>
        </w:rPr>
      </w:pPr>
      <w:r w:rsidRPr="00FE394D">
        <w:rPr>
          <w:lang w:val="fr-FR"/>
        </w:rPr>
        <w:t>• La contribution de BRHOLIC est versé</w:t>
      </w:r>
      <w:r w:rsidRPr="00FE394D">
        <w:rPr>
          <w:lang w:val="fr-FR"/>
        </w:rPr>
        <w:t>e selon les modalités convenues avec la structure partenaire et ne constitue pas une somme qui me sera remise personnellement ;</w:t>
      </w:r>
    </w:p>
    <w:p w:rsidR="00AA56D0" w:rsidRPr="00FE394D" w:rsidRDefault="009F79DD">
      <w:pPr>
        <w:spacing w:after="20"/>
        <w:ind w:left="216"/>
        <w:rPr>
          <w:rFonts w:hint="eastAsia"/>
          <w:lang w:val="fr-FR"/>
        </w:rPr>
      </w:pPr>
      <w:r w:rsidRPr="00FE394D">
        <w:rPr>
          <w:lang w:val="fr-FR"/>
        </w:rPr>
        <w:t>• Je suis responsable de la mobilisation des 60 % restants, sauf disposition particulière expressément communiquée par BRHOLIC ;</w:t>
      </w:r>
    </w:p>
    <w:p w:rsidR="00AA56D0" w:rsidRPr="00FE394D" w:rsidRDefault="009F79DD">
      <w:pPr>
        <w:spacing w:after="20"/>
        <w:ind w:left="216"/>
        <w:rPr>
          <w:rFonts w:hint="eastAsia"/>
          <w:lang w:val="fr-FR"/>
        </w:rPr>
      </w:pPr>
      <w:r w:rsidRPr="00FE394D">
        <w:rPr>
          <w:lang w:val="fr-FR"/>
        </w:rPr>
        <w:t>• Toute fausse déclaration substantielle peut entraîner l’annulation de la bourse ;</w:t>
      </w:r>
    </w:p>
    <w:p w:rsidR="00AA56D0" w:rsidRPr="00FE394D" w:rsidRDefault="009F79DD">
      <w:pPr>
        <w:spacing w:after="20"/>
        <w:ind w:left="216"/>
        <w:rPr>
          <w:rFonts w:hint="eastAsia"/>
          <w:lang w:val="fr-FR"/>
        </w:rPr>
      </w:pPr>
      <w:r w:rsidRPr="00FE394D">
        <w:rPr>
          <w:lang w:val="fr-FR"/>
        </w:rPr>
        <w:t>• Si je suis sélectionné(e), je m’engage à suivre sérieusement la formation et à participer au dispositif de suivi de BRHOLIC.</w:t>
      </w:r>
    </w:p>
    <w:p w:rsidR="00AA56D0" w:rsidRPr="00FE394D" w:rsidRDefault="009F79DD">
      <w:pPr>
        <w:spacing w:after="40"/>
        <w:rPr>
          <w:rFonts w:hint="eastAsia"/>
          <w:lang w:val="fr-FR"/>
        </w:rPr>
      </w:pPr>
      <w:r w:rsidRPr="00FE394D">
        <w:rPr>
          <w:b/>
          <w:lang w:val="fr-FR"/>
        </w:rPr>
        <w:t>Fait à :</w:t>
      </w:r>
      <w:r w:rsidRPr="00FE394D">
        <w:rPr>
          <w:lang w:val="fr-FR"/>
        </w:rPr>
        <w:t xml:space="preserve"> ____________________________</w:t>
      </w:r>
    </w:p>
    <w:p w:rsidR="00AA56D0" w:rsidRPr="00FE394D" w:rsidRDefault="009F79DD">
      <w:pPr>
        <w:spacing w:after="40"/>
        <w:rPr>
          <w:rFonts w:hint="eastAsia"/>
          <w:lang w:val="fr-FR"/>
        </w:rPr>
      </w:pPr>
      <w:r w:rsidRPr="00FE394D">
        <w:rPr>
          <w:b/>
          <w:lang w:val="fr-FR"/>
        </w:rPr>
        <w:t>Le : _</w:t>
      </w:r>
      <w:r w:rsidRPr="00FE394D">
        <w:rPr>
          <w:b/>
          <w:lang w:val="fr-FR"/>
        </w:rPr>
        <w:t>___ / ____ / 2026      Signature du candidat :</w:t>
      </w:r>
      <w:r w:rsidRPr="00FE394D">
        <w:rPr>
          <w:lang w:val="fr-FR"/>
        </w:rPr>
        <w:t xml:space="preserve"> ___________________________</w:t>
      </w:r>
    </w:p>
    <w:p w:rsidR="00AA56D0" w:rsidRPr="00FE394D" w:rsidRDefault="00AA56D0">
      <w:pPr>
        <w:pStyle w:val="Heading1"/>
        <w:spacing w:before="160" w:after="100"/>
        <w:rPr>
          <w:lang w:val="fr-FR"/>
        </w:rPr>
      </w:pPr>
      <w:bookmarkStart w:id="0" w:name="_GoBack"/>
      <w:bookmarkEnd w:id="0"/>
    </w:p>
    <w:sectPr w:rsidR="00AA56D0" w:rsidRPr="00FE394D" w:rsidSect="00034616">
      <w:footerReference w:type="default" r:id="rId10"/>
      <w:pgSz w:w="12240" w:h="15840"/>
      <w:pgMar w:top="648" w:right="792" w:bottom="720" w:left="79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79DD" w:rsidRDefault="009F79DD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:rsidR="009F79DD" w:rsidRDefault="009F79DD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Liberation San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56D0" w:rsidRPr="00FE394D" w:rsidRDefault="009F79DD">
    <w:pPr>
      <w:pStyle w:val="Footer"/>
      <w:jc w:val="center"/>
      <w:rPr>
        <w:rFonts w:hint="eastAsia"/>
        <w:lang w:val="fr-FR"/>
      </w:rPr>
    </w:pPr>
    <w:r w:rsidRPr="00FE394D">
      <w:rPr>
        <w:color w:val="646464"/>
        <w:sz w:val="16"/>
        <w:lang w:val="fr-FR"/>
      </w:rPr>
      <w:t>BRHOLIC - Programme « Compétences pour l’Espoir » - Édition 2026 | Candidature gratuite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79DD" w:rsidRDefault="009F79DD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:rsidR="009F79DD" w:rsidRDefault="009F79DD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9F79DD"/>
    <w:rsid w:val="00AA1D8D"/>
    <w:rsid w:val="00AA56D0"/>
    <w:rsid w:val="00B47730"/>
    <w:rsid w:val="00CB0664"/>
    <w:rsid w:val="00FC693F"/>
    <w:rsid w:val="00FE3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2" w:lineRule="auto"/>
    </w:pPr>
    <w:rPr>
      <w:rFonts w:ascii="Liberation Sans" w:hAnsi="Liberation Sans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E6B3F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FE3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394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2" w:lineRule="auto"/>
    </w:pPr>
    <w:rPr>
      <w:rFonts w:ascii="Liberation Sans" w:hAnsi="Liberation Sans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E6B3F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FE3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394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1DBEC63-105C-4CCE-8FC1-C2E8812D07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2101</Words>
  <Characters>11978</Characters>
  <Application>Microsoft Office Word</Application>
  <DocSecurity>0</DocSecurity>
  <Lines>99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14051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de candidature - Programme BRHOLIC Compétences pour l’Espoir 2026</dc:title>
  <dc:subject>Bourse partielle de formation professionnelle et numérique</dc:subject>
  <dc:creator>BRIGHT HOPE LIFE CAMEROON (BRHOLIC)</dc:creator>
  <cp:keywords>BRHOLIC, Compétences pour l’Espoir, candidature, bourse, formation</cp:keywords>
  <dc:description>generated by python-docx</dc:description>
  <cp:lastModifiedBy>THE EYE INFORMATIQUE</cp:lastModifiedBy>
  <cp:revision>2</cp:revision>
  <dcterms:created xsi:type="dcterms:W3CDTF">2013-12-23T23:15:00Z</dcterms:created>
  <dcterms:modified xsi:type="dcterms:W3CDTF">2026-09-07T16:31:00Z</dcterms:modified>
  <cp:category/>
</cp:coreProperties>
</file>